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66C31" w14:textId="707B3150" w:rsidR="00045FC6" w:rsidRPr="00972532" w:rsidRDefault="0050629D" w:rsidP="00045FC6">
      <w:pPr>
        <w:jc w:val="center"/>
        <w:rPr>
          <w:rStyle w:val="Strong"/>
          <w:rFonts w:ascii="Calibri" w:hAnsi="Calibri" w:cs="Calibri"/>
          <w:color w:val="000000"/>
          <w:sz w:val="40"/>
          <w:szCs w:val="40"/>
        </w:rPr>
      </w:pPr>
      <w:r>
        <w:rPr>
          <w:rFonts w:ascii="Calibri" w:hAnsi="Calibri" w:cs="Calibri"/>
          <w:b/>
          <w:bCs/>
          <w:noProof/>
          <w:color w:val="000000"/>
          <w:sz w:val="40"/>
          <w:szCs w:val="40"/>
        </w:rPr>
        <mc:AlternateContent>
          <mc:Choice Requires="wpg">
            <w:drawing>
              <wp:anchor distT="0" distB="0" distL="114300" distR="114300" simplePos="0" relativeHeight="251662336" behindDoc="0" locked="0" layoutInCell="1" allowOverlap="1" wp14:anchorId="411FB450" wp14:editId="6C6B9A26">
                <wp:simplePos x="0" y="0"/>
                <wp:positionH relativeFrom="column">
                  <wp:posOffset>-1171257</wp:posOffset>
                </wp:positionH>
                <wp:positionV relativeFrom="paragraph">
                  <wp:posOffset>-905828</wp:posOffset>
                </wp:positionV>
                <wp:extent cx="8486140" cy="10051733"/>
                <wp:effectExtent l="38100" t="0" r="0" b="57785"/>
                <wp:wrapNone/>
                <wp:docPr id="321171292" name="Group 3"/>
                <wp:cNvGraphicFramePr/>
                <a:graphic xmlns:a="http://schemas.openxmlformats.org/drawingml/2006/main">
                  <a:graphicData uri="http://schemas.microsoft.com/office/word/2010/wordprocessingGroup">
                    <wpg:wgp>
                      <wpg:cNvGrpSpPr/>
                      <wpg:grpSpPr>
                        <a:xfrm>
                          <a:off x="0" y="0"/>
                          <a:ext cx="8486140" cy="10051733"/>
                          <a:chOff x="0" y="0"/>
                          <a:chExt cx="8486140" cy="10051733"/>
                        </a:xfrm>
                      </wpg:grpSpPr>
                      <wps:wsp>
                        <wps:cNvPr id="1556380594" name="Rectangle 6"/>
                        <wps:cNvSpPr/>
                        <wps:spPr>
                          <a:xfrm>
                            <a:off x="2857" y="8106728"/>
                            <a:ext cx="8051800" cy="1945005"/>
                          </a:xfrm>
                          <a:prstGeom prst="rect">
                            <a:avLst/>
                          </a:prstGeom>
                          <a:solidFill>
                            <a:sysClr val="windowText" lastClr="0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0" tIns="360000" rIns="720000" bIns="360000" numCol="1" spcCol="0" rtlCol="0" fromWordArt="0" anchor="ctr" anchorCtr="0" forceAA="0" compatLnSpc="1">
                          <a:prstTxWarp prst="textNoShape">
                            <a:avLst/>
                          </a:prstTxWarp>
                          <a:noAutofit/>
                        </wps:bodyPr>
                      </wps:wsp>
                      <pic:pic xmlns:pic="http://schemas.openxmlformats.org/drawingml/2006/picture">
                        <pic:nvPicPr>
                          <pic:cNvPr id="602915448" name="Picture 7"/>
                          <pic:cNvPicPr>
                            <a:picLocks noChangeAspect="1"/>
                          </pic:cNvPicPr>
                        </pic:nvPicPr>
                        <pic:blipFill rotWithShape="1">
                          <a:blip r:embed="rId8" cstate="email">
                            <a:extLst>
                              <a:ext uri="{BEBA8EAE-BF5A-486C-A8C5-ECC9F3942E4B}">
                                <a14:imgProps xmlns:a14="http://schemas.microsoft.com/office/drawing/2010/main">
                                  <a14:imgLayer r:embed="rId9">
                                    <a14:imgEffect>
                                      <a14:sharpenSoften amount="30000"/>
                                    </a14:imgEffect>
                                    <a14:imgEffect>
                                      <a14:brightnessContrast contrast="10000"/>
                                    </a14:imgEffect>
                                  </a14:imgLayer>
                                </a14:imgProps>
                              </a:ext>
                              <a:ext uri="{28A0092B-C50C-407E-A947-70E740481C1C}">
                                <a14:useLocalDpi xmlns:a14="http://schemas.microsoft.com/office/drawing/2010/main"/>
                              </a:ext>
                            </a:extLst>
                          </a:blip>
                          <a:srcRect/>
                          <a:stretch>
                            <a:fillRect/>
                          </a:stretch>
                        </pic:blipFill>
                        <pic:spPr bwMode="auto">
                          <a:xfrm rot="5400000">
                            <a:off x="-781685" y="781685"/>
                            <a:ext cx="10049510" cy="84861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C845109" id="Group 3" o:spid="_x0000_s1026" style="position:absolute;margin-left:-92.2pt;margin-top:-71.35pt;width:668.2pt;height:791.5pt;z-index:251662336" coordsize="84861,100517"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">
                <v:rect id="Rectangle 6" o:spid="_x0000_s1027" style="position:absolute;left:28;top:81067;width:80518;height:194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" fillcolor="windowText" stroked="f">
                  <v:shadow on="t" color="black" opacity="22937f" origin=",.5" offset="0,.63889mm"/>
                  <v:textbox inset="10mm,10mm,20mm,10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7817;top:7817;width:100495;height:84861;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">
                  <v:imagedata r:id="rId10" o:title=""/>
                </v:shape>
              </v:group>
            </w:pict>
          </mc:Fallback>
        </mc:AlternateContent>
      </w:r>
    </w:p>
    <w:p w14:paraId="420EE683" w14:textId="39CE01DA" w:rsidR="00045FC6" w:rsidRPr="00972532" w:rsidRDefault="00045FC6" w:rsidP="00045FC6">
      <w:pPr>
        <w:jc w:val="center"/>
        <w:rPr>
          <w:rStyle w:val="Strong"/>
          <w:rFonts w:ascii="Calibri" w:hAnsi="Calibri" w:cs="Calibri"/>
          <w:color w:val="000000"/>
          <w:sz w:val="40"/>
          <w:szCs w:val="40"/>
        </w:rPr>
      </w:pPr>
    </w:p>
    <w:p w14:paraId="3DE38732" w14:textId="613F6BEC" w:rsidR="00045FC6" w:rsidRPr="00972532" w:rsidRDefault="00045FC6" w:rsidP="00045FC6">
      <w:pPr>
        <w:jc w:val="center"/>
        <w:rPr>
          <w:rStyle w:val="Strong"/>
          <w:rFonts w:ascii="Calibri" w:hAnsi="Calibri" w:cs="Calibri"/>
          <w:color w:val="000000"/>
          <w:sz w:val="40"/>
          <w:szCs w:val="40"/>
        </w:rPr>
      </w:pPr>
    </w:p>
    <w:p w14:paraId="42358A82" w14:textId="1F5E5E64" w:rsidR="00045FC6" w:rsidRPr="00972532" w:rsidRDefault="00045FC6" w:rsidP="00045FC6">
      <w:pPr>
        <w:jc w:val="center"/>
        <w:rPr>
          <w:rStyle w:val="Strong"/>
          <w:rFonts w:ascii="Calibri" w:hAnsi="Calibri" w:cs="Calibri"/>
          <w:color w:val="000000"/>
          <w:sz w:val="40"/>
          <w:szCs w:val="40"/>
        </w:rPr>
      </w:pPr>
    </w:p>
    <w:p w14:paraId="4A99DAD7" w14:textId="64F94830" w:rsidR="00045FC6" w:rsidRPr="00972532" w:rsidRDefault="00045FC6" w:rsidP="00045FC6">
      <w:pPr>
        <w:jc w:val="center"/>
        <w:rPr>
          <w:rStyle w:val="Strong"/>
          <w:rFonts w:ascii="Calibri" w:hAnsi="Calibri" w:cs="Calibri"/>
          <w:color w:val="000000"/>
          <w:sz w:val="40"/>
          <w:szCs w:val="40"/>
        </w:rPr>
      </w:pPr>
    </w:p>
    <w:p w14:paraId="369560CB" w14:textId="67B0CE50" w:rsidR="00045FC6" w:rsidRPr="00972532" w:rsidRDefault="00045FC6">
      <w:pPr>
        <w:rPr>
          <w:rFonts w:ascii="Calibri" w:hAnsi="Calibri" w:cs="Calibri"/>
        </w:rPr>
      </w:pPr>
    </w:p>
    <w:p w14:paraId="13E19F43" w14:textId="060917BE" w:rsidR="00045FC6" w:rsidRPr="00972532" w:rsidRDefault="00045FC6" w:rsidP="00045FC6">
      <w:pPr>
        <w:rPr>
          <w:rFonts w:ascii="Calibri" w:hAnsi="Calibri" w:cs="Calibri"/>
        </w:rPr>
      </w:pPr>
    </w:p>
    <w:p w14:paraId="696B91A1" w14:textId="0508031B" w:rsidR="00045FC6" w:rsidRPr="00972532" w:rsidRDefault="00045FC6" w:rsidP="00045FC6">
      <w:pPr>
        <w:rPr>
          <w:rFonts w:ascii="Calibri" w:hAnsi="Calibri" w:cs="Calibri"/>
          <w:b/>
          <w:bCs/>
          <w:lang w:val="en-AU"/>
        </w:rPr>
      </w:pPr>
    </w:p>
    <w:p w14:paraId="20301CED" w14:textId="6B9D62BB" w:rsidR="00045FC6" w:rsidRPr="00972532" w:rsidRDefault="00045FC6" w:rsidP="00045FC6">
      <w:pPr>
        <w:rPr>
          <w:rFonts w:ascii="Calibri" w:hAnsi="Calibri" w:cs="Calibri"/>
          <w:b/>
          <w:bCs/>
          <w:lang w:val="en-AU"/>
        </w:rPr>
      </w:pPr>
    </w:p>
    <w:p w14:paraId="52A1ABCE" w14:textId="5C478DC0" w:rsidR="00045FC6" w:rsidRPr="00972532" w:rsidRDefault="00045FC6" w:rsidP="00045FC6">
      <w:pPr>
        <w:rPr>
          <w:rFonts w:ascii="Calibri" w:hAnsi="Calibri" w:cs="Calibri"/>
          <w:b/>
          <w:bCs/>
          <w:lang w:val="en-AU"/>
        </w:rPr>
      </w:pPr>
    </w:p>
    <w:p w14:paraId="4B163C08" w14:textId="32752A48" w:rsidR="00045FC6" w:rsidRPr="00972532" w:rsidRDefault="00045FC6" w:rsidP="00045FC6">
      <w:pPr>
        <w:rPr>
          <w:rFonts w:ascii="Calibri" w:hAnsi="Calibri" w:cs="Calibri"/>
          <w:b/>
          <w:bCs/>
          <w:lang w:val="en-AU"/>
        </w:rPr>
      </w:pPr>
    </w:p>
    <w:p w14:paraId="10EC32D9" w14:textId="4D2BF442" w:rsidR="00045FC6" w:rsidRPr="00972532" w:rsidRDefault="00045FC6" w:rsidP="00045FC6">
      <w:pPr>
        <w:rPr>
          <w:rFonts w:ascii="Calibri" w:hAnsi="Calibri" w:cs="Calibri"/>
          <w:b/>
          <w:bCs/>
          <w:lang w:val="en-AU"/>
        </w:rPr>
      </w:pPr>
    </w:p>
    <w:p w14:paraId="2AE82EB7" w14:textId="07A2D2FD" w:rsidR="00045FC6" w:rsidRPr="00972532" w:rsidRDefault="00045FC6" w:rsidP="00045FC6">
      <w:pPr>
        <w:rPr>
          <w:rFonts w:ascii="Calibri" w:hAnsi="Calibri" w:cs="Calibri"/>
          <w:b/>
          <w:bCs/>
          <w:lang w:val="en-AU"/>
        </w:rPr>
      </w:pPr>
    </w:p>
    <w:p w14:paraId="6E3220F3" w14:textId="74E1E803" w:rsidR="00972532" w:rsidRPr="00972532" w:rsidRDefault="00972532">
      <w:pPr>
        <w:rPr>
          <w:rFonts w:ascii="Calibri" w:hAnsi="Calibri" w:cs="Calibri"/>
          <w:b/>
          <w:bCs/>
          <w:lang w:val="en-AU"/>
        </w:rPr>
      </w:pPr>
      <w:r w:rsidRPr="00972532">
        <w:rPr>
          <w:rFonts w:ascii="Calibri" w:hAnsi="Calibri" w:cs="Calibri"/>
          <w:b/>
          <w:bCs/>
          <w:noProof/>
          <w:color w:val="000000"/>
          <w:sz w:val="40"/>
          <w:szCs w:val="40"/>
        </w:rPr>
        <mc:AlternateContent>
          <mc:Choice Requires="wps">
            <w:drawing>
              <wp:anchor distT="0" distB="0" distL="114300" distR="114300" simplePos="0" relativeHeight="251663360" behindDoc="0" locked="0" layoutInCell="1" allowOverlap="1" wp14:anchorId="2BE4E0F6" wp14:editId="6184723D">
                <wp:simplePos x="0" y="0"/>
                <wp:positionH relativeFrom="column">
                  <wp:posOffset>-539885</wp:posOffset>
                </wp:positionH>
                <wp:positionV relativeFrom="paragraph">
                  <wp:posOffset>989708</wp:posOffset>
                </wp:positionV>
                <wp:extent cx="4932423" cy="1887166"/>
                <wp:effectExtent l="76200" t="76200" r="71755" b="81915"/>
                <wp:wrapNone/>
                <wp:docPr id="1848082743" name="Text Box 5"/>
                <wp:cNvGraphicFramePr/>
                <a:graphic xmlns:a="http://schemas.openxmlformats.org/drawingml/2006/main">
                  <a:graphicData uri="http://schemas.microsoft.com/office/word/2010/wordprocessingShape">
                    <wps:wsp>
                      <wps:cNvSpPr txBox="1"/>
                      <wps:spPr>
                        <a:xfrm>
                          <a:off x="0" y="0"/>
                          <a:ext cx="4932423" cy="1887166"/>
                        </a:xfrm>
                        <a:prstGeom prst="rect">
                          <a:avLst/>
                        </a:prstGeom>
                        <a:solidFill>
                          <a:schemeClr val="bg1"/>
                        </a:solidFill>
                        <a:ln w="152400" cap="rnd">
                          <a:solidFill>
                            <a:schemeClr val="bg1"/>
                          </a:solidFill>
                        </a:ln>
                      </wps:spPr>
                      <wps:txbx>
                        <w:txbxContent>
                          <w:p w14:paraId="46D16FDA" w14:textId="0905FEFC" w:rsidR="00045FC6" w:rsidRPr="00972532" w:rsidRDefault="00045FC6" w:rsidP="00972532">
                            <w:pPr>
                              <w:rPr>
                                <w:rFonts w:asciiTheme="majorHAnsi" w:hAnsiTheme="majorHAnsi" w:cstheme="majorHAnsi"/>
                                <w:sz w:val="40"/>
                                <w:szCs w:val="40"/>
                              </w:rPr>
                            </w:pPr>
                            <w:r w:rsidRPr="00972532">
                              <w:rPr>
                                <w:rStyle w:val="Strong"/>
                                <w:rFonts w:asciiTheme="majorHAnsi" w:hAnsiTheme="majorHAnsi" w:cstheme="majorHAnsi"/>
                                <w:sz w:val="40"/>
                                <w:szCs w:val="40"/>
                              </w:rPr>
                              <w:t>SMART FOOD LOCKER ACCESS PROGRAM</w:t>
                            </w:r>
                            <w:r w:rsidRPr="00972532">
                              <w:rPr>
                                <w:rFonts w:asciiTheme="majorHAnsi" w:hAnsiTheme="majorHAnsi" w:cstheme="majorHAnsi"/>
                                <w:sz w:val="40"/>
                                <w:szCs w:val="40"/>
                              </w:rPr>
                              <w:br/>
                            </w:r>
                            <w:r w:rsidRPr="00972532">
                              <w:rPr>
                                <w:rStyle w:val="Strong"/>
                                <w:rFonts w:asciiTheme="majorHAnsi" w:hAnsiTheme="majorHAnsi" w:cstheme="majorHAnsi"/>
                                <w:sz w:val="40"/>
                                <w:szCs w:val="40"/>
                              </w:rPr>
                              <w:t>Grant Proposal</w:t>
                            </w:r>
                          </w:p>
                          <w:p w14:paraId="7BB585DD" w14:textId="498D0DD1" w:rsidR="00045FC6" w:rsidRPr="00972532" w:rsidRDefault="00045FC6" w:rsidP="00972532">
                            <w:pPr>
                              <w:rPr>
                                <w:rFonts w:asciiTheme="majorHAnsi" w:hAnsiTheme="majorHAnsi" w:cstheme="majorHAnsi"/>
                              </w:rPr>
                            </w:pPr>
                            <w:r w:rsidRPr="00972532">
                              <w:rPr>
                                <w:rFonts w:asciiTheme="majorHAnsi" w:hAnsiTheme="majorHAnsi" w:cstheme="majorHAnsi"/>
                              </w:rPr>
                              <w:t>Submitted to: </w:t>
                            </w:r>
                            <w:r w:rsidRPr="00972532">
                              <w:rPr>
                                <w:rFonts w:asciiTheme="majorHAnsi" w:hAnsiTheme="majorHAnsi" w:cstheme="majorHAnsi"/>
                                <w:i/>
                                <w:iCs/>
                              </w:rPr>
                              <w:t>[Funder Name]</w:t>
                            </w:r>
                            <w:r w:rsidRPr="00972532">
                              <w:rPr>
                                <w:rFonts w:asciiTheme="majorHAnsi" w:hAnsiTheme="majorHAnsi" w:cstheme="majorHAnsi"/>
                              </w:rPr>
                              <w:br/>
                              <w:t>Funding Program: </w:t>
                            </w:r>
                            <w:r w:rsidRPr="00972532">
                              <w:rPr>
                                <w:rFonts w:asciiTheme="majorHAnsi" w:hAnsiTheme="majorHAnsi" w:cstheme="majorHAnsi"/>
                                <w:i/>
                                <w:iCs/>
                              </w:rPr>
                              <w:t>[Grant Program Title or Reference Number]</w:t>
                            </w:r>
                            <w:r w:rsidRPr="00972532">
                              <w:rPr>
                                <w:rFonts w:asciiTheme="majorHAnsi" w:hAnsiTheme="majorHAnsi" w:cstheme="majorHAnsi"/>
                              </w:rPr>
                              <w:br/>
                              <w:t>Submission Date: </w:t>
                            </w:r>
                            <w:r w:rsidRPr="00972532">
                              <w:rPr>
                                <w:rFonts w:asciiTheme="majorHAnsi" w:hAnsiTheme="majorHAnsi" w:cstheme="majorHAnsi"/>
                                <w:i/>
                                <w:iCs/>
                              </w:rPr>
                              <w:t>[Month, Year]</w:t>
                            </w:r>
                          </w:p>
                        </w:txbxContent>
                      </wps:txbx>
                      <wps:bodyPr rot="0" spcFirstLastPara="0" vertOverflow="overflow" horzOverflow="overflow" vert="horz" wrap="square" lIns="90000" tIns="180000" rIns="9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4E0F6" id="_x0000_t202" coordsize="21600,21600" o:spt="202" path="m,l,21600r21600,l21600,xe">
                <v:stroke joinstyle="miter"/>
                <v:path gradientshapeok="t" o:connecttype="rect"/>
              </v:shapetype>
              <v:shape id="Text Box 5" o:spid="_x0000_s1026" type="#_x0000_t202" style="position:absolute;margin-left:-42.5pt;margin-top:77.95pt;width:388.4pt;height:14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" fillcolor="white [3212]" strokecolor="white [3212]" strokeweight="12pt">
                <v:stroke endcap="round"/>
                <v:textbox inset="2.5mm,5mm,2.5mm,5mm">
                  <w:txbxContent>
                    <w:p w14:paraId="46D16FDA" w14:textId="0905FEFC" w:rsidR="00045FC6" w:rsidRPr="00972532" w:rsidRDefault="00045FC6" w:rsidP="00972532">
                      <w:pPr>
                        <w:rPr>
                          <w:rFonts w:asciiTheme="majorHAnsi" w:hAnsiTheme="majorHAnsi" w:cstheme="majorHAnsi"/>
                          <w:sz w:val="40"/>
                          <w:szCs w:val="40"/>
                        </w:rPr>
                      </w:pPr>
                      <w:r w:rsidRPr="00972532">
                        <w:rPr>
                          <w:rStyle w:val="Strong"/>
                          <w:rFonts w:asciiTheme="majorHAnsi" w:hAnsiTheme="majorHAnsi" w:cstheme="majorHAnsi"/>
                          <w:sz w:val="40"/>
                          <w:szCs w:val="40"/>
                        </w:rPr>
                        <w:t>SMART FOOD LOCKER ACCESS PROGRAM</w:t>
                      </w:r>
                      <w:r w:rsidRPr="00972532">
                        <w:rPr>
                          <w:rFonts w:asciiTheme="majorHAnsi" w:hAnsiTheme="majorHAnsi" w:cstheme="majorHAnsi"/>
                          <w:sz w:val="40"/>
                          <w:szCs w:val="40"/>
                        </w:rPr>
                        <w:br/>
                      </w:r>
                      <w:r w:rsidRPr="00972532">
                        <w:rPr>
                          <w:rStyle w:val="Strong"/>
                          <w:rFonts w:asciiTheme="majorHAnsi" w:hAnsiTheme="majorHAnsi" w:cstheme="majorHAnsi"/>
                          <w:sz w:val="40"/>
                          <w:szCs w:val="40"/>
                        </w:rPr>
                        <w:t>Grant Proposal</w:t>
                      </w:r>
                    </w:p>
                    <w:p w14:paraId="7BB585DD" w14:textId="498D0DD1" w:rsidR="00045FC6" w:rsidRPr="00972532" w:rsidRDefault="00045FC6" w:rsidP="00972532">
                      <w:pPr>
                        <w:rPr>
                          <w:rFonts w:asciiTheme="majorHAnsi" w:hAnsiTheme="majorHAnsi" w:cstheme="majorHAnsi"/>
                        </w:rPr>
                      </w:pPr>
                      <w:r w:rsidRPr="00972532">
                        <w:rPr>
                          <w:rFonts w:asciiTheme="majorHAnsi" w:hAnsiTheme="majorHAnsi" w:cstheme="majorHAnsi"/>
                        </w:rPr>
                        <w:t>Submitted to: </w:t>
                      </w:r>
                      <w:r w:rsidRPr="00972532">
                        <w:rPr>
                          <w:rFonts w:asciiTheme="majorHAnsi" w:hAnsiTheme="majorHAnsi" w:cstheme="majorHAnsi"/>
                          <w:i/>
                          <w:iCs/>
                        </w:rPr>
                        <w:t>[Funder Name]</w:t>
                      </w:r>
                      <w:r w:rsidRPr="00972532">
                        <w:rPr>
                          <w:rFonts w:asciiTheme="majorHAnsi" w:hAnsiTheme="majorHAnsi" w:cstheme="majorHAnsi"/>
                        </w:rPr>
                        <w:br/>
                        <w:t>Funding Program: </w:t>
                      </w:r>
                      <w:r w:rsidRPr="00972532">
                        <w:rPr>
                          <w:rFonts w:asciiTheme="majorHAnsi" w:hAnsiTheme="majorHAnsi" w:cstheme="majorHAnsi"/>
                          <w:i/>
                          <w:iCs/>
                        </w:rPr>
                        <w:t>[Grant Program Title or Reference Number]</w:t>
                      </w:r>
                      <w:r w:rsidRPr="00972532">
                        <w:rPr>
                          <w:rFonts w:asciiTheme="majorHAnsi" w:hAnsiTheme="majorHAnsi" w:cstheme="majorHAnsi"/>
                        </w:rPr>
                        <w:br/>
                        <w:t>Submission Date: </w:t>
                      </w:r>
                      <w:r w:rsidRPr="00972532">
                        <w:rPr>
                          <w:rFonts w:asciiTheme="majorHAnsi" w:hAnsiTheme="majorHAnsi" w:cstheme="majorHAnsi"/>
                          <w:i/>
                          <w:iCs/>
                        </w:rPr>
                        <w:t>[Month, Year]</w:t>
                      </w:r>
                    </w:p>
                  </w:txbxContent>
                </v:textbox>
              </v:shape>
            </w:pict>
          </mc:Fallback>
        </mc:AlternateContent>
      </w:r>
      <w:r w:rsidRPr="00972532">
        <w:rPr>
          <w:rFonts w:ascii="Calibri" w:hAnsi="Calibri" w:cs="Calibri"/>
          <w:b/>
          <w:bCs/>
          <w:lang w:val="en-AU"/>
        </w:rPr>
        <w:br w:type="page"/>
      </w:r>
    </w:p>
    <w:p w14:paraId="2A6BB36B" w14:textId="77777777" w:rsidR="00972532" w:rsidRPr="00972532" w:rsidRDefault="00972532" w:rsidP="00972532">
      <w:pPr>
        <w:ind w:left="2880" w:firstLine="720"/>
        <w:rPr>
          <w:rFonts w:ascii="Calibri" w:hAnsi="Calibri" w:cs="Calibri"/>
          <w:lang w:val="en-AU"/>
        </w:rPr>
      </w:pPr>
    </w:p>
    <w:p w14:paraId="0B4FF61C" w14:textId="614EE31D" w:rsidR="00972532" w:rsidRPr="00972532" w:rsidRDefault="00972532" w:rsidP="00972532">
      <w:pPr>
        <w:ind w:left="2880" w:firstLine="720"/>
        <w:rPr>
          <w:rFonts w:ascii="Calibri" w:hAnsi="Calibri" w:cs="Calibri"/>
          <w:b/>
          <w:bCs/>
          <w:lang w:val="en-AU"/>
        </w:rPr>
      </w:pPr>
      <w:r w:rsidRPr="00972532">
        <w:rPr>
          <w:rFonts w:ascii="Calibri" w:hAnsi="Calibri" w:cs="Calibri"/>
          <w:lang w:val="en-AU"/>
        </w:rPr>
        <w:t>[Your Logo]</w:t>
      </w:r>
    </w:p>
    <w:p w14:paraId="648AE18C" w14:textId="77777777" w:rsidR="00972532" w:rsidRPr="00972532" w:rsidRDefault="00972532" w:rsidP="00045FC6">
      <w:pPr>
        <w:rPr>
          <w:rFonts w:ascii="Calibri" w:hAnsi="Calibri" w:cs="Calibri"/>
          <w:b/>
          <w:bCs/>
          <w:lang w:val="en-AU"/>
        </w:rPr>
      </w:pPr>
    </w:p>
    <w:p w14:paraId="565BB751" w14:textId="77777777" w:rsidR="00972532" w:rsidRPr="00972532" w:rsidRDefault="00972532" w:rsidP="00045FC6">
      <w:pPr>
        <w:rPr>
          <w:rFonts w:ascii="Calibri" w:hAnsi="Calibri" w:cs="Calibri"/>
          <w:b/>
          <w:bCs/>
          <w:lang w:val="en-AU"/>
        </w:rPr>
      </w:pPr>
    </w:p>
    <w:p w14:paraId="3643D576" w14:textId="77777777" w:rsidR="00972532" w:rsidRPr="00972532" w:rsidRDefault="00972532" w:rsidP="00045FC6">
      <w:pPr>
        <w:rPr>
          <w:rFonts w:ascii="Calibri" w:hAnsi="Calibri" w:cs="Calibri"/>
          <w:b/>
          <w:bCs/>
          <w:lang w:val="en-AU"/>
        </w:rPr>
      </w:pPr>
    </w:p>
    <w:p w14:paraId="17689CA3" w14:textId="77777777" w:rsidR="00972532" w:rsidRPr="00972532" w:rsidRDefault="00972532" w:rsidP="00045FC6">
      <w:pPr>
        <w:rPr>
          <w:rFonts w:ascii="Calibri" w:hAnsi="Calibri" w:cs="Calibri"/>
          <w:b/>
          <w:bCs/>
          <w:lang w:val="en-AU"/>
        </w:rPr>
      </w:pPr>
    </w:p>
    <w:p w14:paraId="7B872A66" w14:textId="77777777" w:rsidR="00972532" w:rsidRPr="00972532" w:rsidRDefault="00972532" w:rsidP="00045FC6">
      <w:pPr>
        <w:rPr>
          <w:rFonts w:ascii="Calibri" w:hAnsi="Calibri" w:cs="Calibri"/>
          <w:b/>
          <w:bCs/>
          <w:lang w:val="en-AU"/>
        </w:rPr>
      </w:pPr>
    </w:p>
    <w:p w14:paraId="448EB223" w14:textId="77777777" w:rsidR="00972532" w:rsidRPr="00972532" w:rsidRDefault="00972532" w:rsidP="00045FC6">
      <w:pPr>
        <w:rPr>
          <w:rFonts w:ascii="Calibri" w:hAnsi="Calibri" w:cs="Calibri"/>
          <w:b/>
          <w:bCs/>
          <w:lang w:val="en-AU"/>
        </w:rPr>
      </w:pPr>
    </w:p>
    <w:p w14:paraId="1BD831D6" w14:textId="77777777" w:rsidR="00972532" w:rsidRPr="00972532" w:rsidRDefault="00972532" w:rsidP="00045FC6">
      <w:pPr>
        <w:rPr>
          <w:rFonts w:ascii="Calibri" w:hAnsi="Calibri" w:cs="Calibri"/>
          <w:b/>
          <w:bCs/>
          <w:lang w:val="en-AU"/>
        </w:rPr>
      </w:pPr>
    </w:p>
    <w:p w14:paraId="2C256A9B" w14:textId="77777777" w:rsidR="00972532" w:rsidRPr="00972532" w:rsidRDefault="00972532" w:rsidP="00045FC6">
      <w:pPr>
        <w:rPr>
          <w:rFonts w:ascii="Calibri" w:hAnsi="Calibri" w:cs="Calibri"/>
          <w:b/>
          <w:bCs/>
          <w:lang w:val="en-AU"/>
        </w:rPr>
      </w:pPr>
    </w:p>
    <w:p w14:paraId="2E9D3A70" w14:textId="77777777" w:rsidR="00972532" w:rsidRPr="00972532" w:rsidRDefault="00972532" w:rsidP="00972532">
      <w:pPr>
        <w:jc w:val="right"/>
        <w:rPr>
          <w:rFonts w:ascii="Calibri" w:hAnsi="Calibri" w:cs="Calibri"/>
          <w:b/>
          <w:bCs/>
          <w:lang w:val="en-AU"/>
        </w:rPr>
      </w:pPr>
    </w:p>
    <w:p w14:paraId="7C1AE6FE" w14:textId="77777777" w:rsidR="00972532" w:rsidRPr="00972532" w:rsidRDefault="00972532" w:rsidP="00972532">
      <w:pPr>
        <w:rPr>
          <w:rFonts w:ascii="Calibri" w:hAnsi="Calibri" w:cs="Calibri"/>
          <w:b/>
          <w:bCs/>
          <w:lang w:val="en-AU"/>
        </w:rPr>
      </w:pPr>
    </w:p>
    <w:p w14:paraId="75915BBD" w14:textId="77777777" w:rsidR="00972532" w:rsidRPr="00972532" w:rsidRDefault="00972532" w:rsidP="00972532">
      <w:pPr>
        <w:rPr>
          <w:rFonts w:ascii="Calibri" w:hAnsi="Calibri" w:cs="Calibri"/>
          <w:b/>
          <w:bCs/>
          <w:lang w:val="en-AU"/>
        </w:rPr>
      </w:pPr>
    </w:p>
    <w:p w14:paraId="362551ED" w14:textId="77777777" w:rsidR="00972532" w:rsidRPr="00972532" w:rsidRDefault="00972532" w:rsidP="00972532">
      <w:pPr>
        <w:rPr>
          <w:rFonts w:ascii="Calibri" w:hAnsi="Calibri" w:cs="Calibri"/>
          <w:b/>
          <w:bCs/>
          <w:lang w:val="en-AU"/>
        </w:rPr>
      </w:pPr>
    </w:p>
    <w:p w14:paraId="0B20EBD4" w14:textId="41069F98" w:rsidR="00045FC6" w:rsidRPr="00045FC6" w:rsidRDefault="00045FC6" w:rsidP="00972532">
      <w:pPr>
        <w:rPr>
          <w:rFonts w:ascii="Calibri" w:hAnsi="Calibri" w:cs="Calibri"/>
          <w:lang w:val="en-AU"/>
        </w:rPr>
      </w:pPr>
      <w:r w:rsidRPr="00045FC6">
        <w:rPr>
          <w:rFonts w:ascii="Calibri" w:hAnsi="Calibri" w:cs="Calibri"/>
          <w:b/>
          <w:bCs/>
          <w:lang w:val="en-AU"/>
        </w:rPr>
        <w:t>[Organization Name]</w:t>
      </w:r>
      <w:r w:rsidRPr="00045FC6">
        <w:rPr>
          <w:rFonts w:ascii="Calibri" w:hAnsi="Calibri" w:cs="Calibri"/>
          <w:lang w:val="en-AU"/>
        </w:rPr>
        <w:br/>
        <w:t>[Street Address]</w:t>
      </w:r>
      <w:r w:rsidRPr="00045FC6">
        <w:rPr>
          <w:rFonts w:ascii="Calibri" w:hAnsi="Calibri" w:cs="Calibri"/>
          <w:lang w:val="en-AU"/>
        </w:rPr>
        <w:br/>
        <w:t>[City, State, ZIP]</w:t>
      </w:r>
      <w:r w:rsidRPr="00045FC6">
        <w:rPr>
          <w:rFonts w:ascii="Calibri" w:hAnsi="Calibri" w:cs="Calibri"/>
          <w:lang w:val="en-AU"/>
        </w:rPr>
        <w:br/>
        <w:t>[Website URL]</w:t>
      </w:r>
      <w:r w:rsidRPr="00045FC6">
        <w:rPr>
          <w:rFonts w:ascii="Calibri" w:hAnsi="Calibri" w:cs="Calibri"/>
          <w:lang w:val="en-AU"/>
        </w:rPr>
        <w:br/>
        <w:t>[Charitable Registration # or EIN]</w:t>
      </w:r>
    </w:p>
    <w:p w14:paraId="0903E56F" w14:textId="77777777" w:rsidR="00045FC6" w:rsidRPr="00045FC6" w:rsidRDefault="00045FC6" w:rsidP="00972532">
      <w:pPr>
        <w:rPr>
          <w:rFonts w:ascii="Calibri" w:hAnsi="Calibri" w:cs="Calibri"/>
          <w:lang w:val="en-AU"/>
        </w:rPr>
      </w:pPr>
      <w:r w:rsidRPr="00045FC6">
        <w:rPr>
          <w:rFonts w:ascii="Calibri" w:hAnsi="Calibri" w:cs="Calibri"/>
          <w:b/>
          <w:bCs/>
          <w:lang w:val="en-AU"/>
        </w:rPr>
        <w:t>Contact Person:</w:t>
      </w:r>
      <w:r w:rsidRPr="00045FC6">
        <w:rPr>
          <w:rFonts w:ascii="Calibri" w:hAnsi="Calibri" w:cs="Calibri"/>
          <w:lang w:val="en-AU"/>
        </w:rPr>
        <w:br/>
        <w:t>[Full Name, Title]</w:t>
      </w:r>
      <w:r w:rsidRPr="00045FC6">
        <w:rPr>
          <w:rFonts w:ascii="Calibri" w:hAnsi="Calibri" w:cs="Calibri"/>
          <w:lang w:val="en-AU"/>
        </w:rPr>
        <w:br/>
        <w:t>[Email Address]</w:t>
      </w:r>
      <w:r w:rsidRPr="00045FC6">
        <w:rPr>
          <w:rFonts w:ascii="Calibri" w:hAnsi="Calibri" w:cs="Calibri"/>
          <w:lang w:val="en-AU"/>
        </w:rPr>
        <w:br/>
        <w:t>[Phone Number]</w:t>
      </w:r>
    </w:p>
    <w:p w14:paraId="75857663" w14:textId="77777777" w:rsidR="00045FC6" w:rsidRPr="00045FC6" w:rsidRDefault="00045FC6" w:rsidP="00972532">
      <w:pPr>
        <w:rPr>
          <w:rFonts w:ascii="Calibri" w:hAnsi="Calibri" w:cs="Calibri"/>
          <w:lang w:val="en-AU"/>
        </w:rPr>
      </w:pPr>
      <w:r w:rsidRPr="00045FC6">
        <w:rPr>
          <w:rFonts w:ascii="Calibri" w:hAnsi="Calibri" w:cs="Calibri"/>
          <w:i/>
          <w:iCs/>
          <w:lang w:val="en-AU"/>
        </w:rPr>
        <w:t>(Add partner details below if this is a joint application)</w:t>
      </w:r>
    </w:p>
    <w:p w14:paraId="33545938" w14:textId="59DCCF81" w:rsidR="00045FC6" w:rsidRPr="00972532" w:rsidRDefault="00045FC6" w:rsidP="00972532">
      <w:pPr>
        <w:rPr>
          <w:rFonts w:ascii="Calibri" w:hAnsi="Calibri" w:cs="Calibri"/>
          <w:lang w:val="en-AU"/>
        </w:rPr>
      </w:pPr>
      <w:r w:rsidRPr="00045FC6">
        <w:rPr>
          <w:rFonts w:ascii="Calibri" w:hAnsi="Calibri" w:cs="Calibri"/>
          <w:b/>
          <w:bCs/>
          <w:lang w:val="en-AU"/>
        </w:rPr>
        <w:t>In Partnership With:</w:t>
      </w:r>
      <w:r w:rsidRPr="00045FC6">
        <w:rPr>
          <w:rFonts w:ascii="Calibri" w:hAnsi="Calibri" w:cs="Calibri"/>
          <w:lang w:val="en-AU"/>
        </w:rPr>
        <w:br/>
        <w:t>[Partner Food Bank Name]</w:t>
      </w:r>
      <w:r w:rsidRPr="00045FC6">
        <w:rPr>
          <w:rFonts w:ascii="Calibri" w:hAnsi="Calibri" w:cs="Calibri"/>
          <w:lang w:val="en-AU"/>
        </w:rPr>
        <w:br/>
        <w:t>[Partner Contact Name &amp; Title]</w:t>
      </w:r>
      <w:r w:rsidRPr="00045FC6">
        <w:rPr>
          <w:rFonts w:ascii="Calibri" w:hAnsi="Calibri" w:cs="Calibri"/>
          <w:lang w:val="en-AU"/>
        </w:rPr>
        <w:br/>
        <w:t>[Partner Address / Website]</w:t>
      </w:r>
    </w:p>
    <w:p w14:paraId="2B553C43" w14:textId="77777777" w:rsidR="00972532" w:rsidRPr="00972532" w:rsidRDefault="00972532">
      <w:pPr>
        <w:rPr>
          <w:rFonts w:ascii="Calibri" w:eastAsiaTheme="majorEastAsia" w:hAnsi="Calibri" w:cs="Calibri"/>
          <w:b/>
          <w:bCs/>
          <w:color w:val="4F81BD" w:themeColor="accent1"/>
          <w:sz w:val="26"/>
          <w:szCs w:val="26"/>
        </w:rPr>
      </w:pPr>
      <w:r w:rsidRPr="00972532">
        <w:rPr>
          <w:rFonts w:ascii="Calibri" w:hAnsi="Calibri" w:cs="Calibri"/>
        </w:rPr>
        <w:br w:type="page"/>
      </w:r>
    </w:p>
    <w:p w14:paraId="0F956293" w14:textId="65C66913" w:rsidR="0010002C" w:rsidRPr="0040068F" w:rsidRDefault="0010002C" w:rsidP="0040068F">
      <w:pPr>
        <w:pStyle w:val="Heading2"/>
        <w:rPr>
          <w:rFonts w:ascii="Calibri" w:hAnsi="Calibri" w:cs="Calibri"/>
          <w:color w:val="EE0000"/>
        </w:rPr>
      </w:pPr>
      <w:r w:rsidRPr="0040068F">
        <w:rPr>
          <w:rFonts w:ascii="Calibri" w:hAnsi="Calibri" w:cs="Calibri"/>
          <w:color w:val="EE0000"/>
        </w:rPr>
        <w:lastRenderedPageBreak/>
        <w:t xml:space="preserve">Instructions for </w:t>
      </w:r>
      <w:r w:rsidR="00380074" w:rsidRPr="0040068F">
        <w:rPr>
          <w:rFonts w:ascii="Calibri" w:hAnsi="Calibri" w:cs="Calibri"/>
          <w:color w:val="EE0000"/>
        </w:rPr>
        <w:t>using this template</w:t>
      </w:r>
    </w:p>
    <w:p w14:paraId="7E1AA34D" w14:textId="145E690D" w:rsidR="00380074" w:rsidRPr="0040068F" w:rsidRDefault="00380074" w:rsidP="0040068F">
      <w:pPr>
        <w:rPr>
          <w:rFonts w:ascii="Calibri" w:hAnsi="Calibri" w:cs="Calibri"/>
        </w:rPr>
      </w:pPr>
      <w:r w:rsidRPr="0040068F">
        <w:rPr>
          <w:rFonts w:ascii="Apple Color Emoji" w:hAnsi="Apple Color Emoji" w:cs="Apple Color Emoji"/>
        </w:rPr>
        <w:t>⚠️</w:t>
      </w:r>
      <w:r w:rsidRPr="0040068F">
        <w:rPr>
          <w:rFonts w:ascii="Calibri" w:hAnsi="Calibri" w:cs="Calibri"/>
        </w:rPr>
        <w:t> </w:t>
      </w:r>
      <w:r w:rsidRPr="0040068F">
        <w:rPr>
          <w:rFonts w:ascii="Calibri" w:hAnsi="Calibri" w:cs="Calibri"/>
          <w:b/>
          <w:bCs/>
        </w:rPr>
        <w:t>DELETE THIS PAGE BEFORE SUBMITTING YOUR PROPOSAL</w:t>
      </w:r>
      <w:r w:rsidRPr="0040068F">
        <w:rPr>
          <w:rFonts w:ascii="Calibri" w:hAnsi="Calibri" w:cs="Calibri"/>
        </w:rPr>
        <w:br/>
      </w:r>
      <w:r w:rsidRPr="0040068F">
        <w:rPr>
          <w:rFonts w:ascii="Calibri" w:hAnsi="Calibri" w:cs="Calibri"/>
          <w:i/>
          <w:iCs/>
        </w:rPr>
        <w:t>(This section is intended only to guide you in completing the template.)</w:t>
      </w:r>
    </w:p>
    <w:p w14:paraId="39866FDF" w14:textId="3D948B50" w:rsidR="00380074" w:rsidRPr="00380074" w:rsidRDefault="00380074" w:rsidP="00380074">
      <w:pPr>
        <w:pStyle w:val="Heading3"/>
        <w:rPr>
          <w:rFonts w:ascii="Calibri" w:hAnsi="Calibri" w:cs="Calibri"/>
          <w:color w:val="000000"/>
        </w:rPr>
      </w:pPr>
      <w:r w:rsidRPr="00380074">
        <w:rPr>
          <w:rStyle w:val="Strong"/>
          <w:rFonts w:ascii="Calibri" w:hAnsi="Calibri" w:cs="Calibri"/>
          <w:b/>
          <w:bCs/>
          <w:color w:val="000000"/>
        </w:rPr>
        <w:t>About This Template</w:t>
      </w:r>
      <w:r>
        <w:rPr>
          <w:rStyle w:val="Strong"/>
          <w:rFonts w:ascii="Calibri" w:hAnsi="Calibri" w:cs="Calibri"/>
          <w:b/>
          <w:bCs/>
          <w:color w:val="000000"/>
        </w:rPr>
        <w:br/>
      </w:r>
    </w:p>
    <w:p w14:paraId="757E893D" w14:textId="77777777" w:rsidR="00380074" w:rsidRPr="00380074" w:rsidRDefault="00380074" w:rsidP="00380074">
      <w:pPr>
        <w:pStyle w:val="NormalWeb"/>
        <w:rPr>
          <w:rFonts w:ascii="Calibri" w:hAnsi="Calibri" w:cs="Calibri"/>
          <w:color w:val="000000"/>
          <w:sz w:val="22"/>
          <w:szCs w:val="22"/>
        </w:rPr>
      </w:pPr>
      <w:r w:rsidRPr="00380074">
        <w:rPr>
          <w:rFonts w:ascii="Calibri" w:hAnsi="Calibri" w:cs="Calibri"/>
          <w:color w:val="000000"/>
          <w:sz w:val="22"/>
          <w:szCs w:val="22"/>
        </w:rPr>
        <w:t>This grant proposal template was developed to help community organizations, food banks, and partner agencies effectively communicate their goals, impact, and innovation when applying for charitable food-access funding.</w:t>
      </w:r>
      <w:r w:rsidRPr="00380074">
        <w:rPr>
          <w:rFonts w:ascii="Calibri" w:hAnsi="Calibri" w:cs="Calibri"/>
          <w:color w:val="000000"/>
          <w:sz w:val="22"/>
          <w:szCs w:val="22"/>
        </w:rPr>
        <w:br/>
        <w:t>It draws on</w:t>
      </w:r>
      <w:r w:rsidRPr="00380074">
        <w:rPr>
          <w:rStyle w:val="apple-converted-space"/>
          <w:rFonts w:ascii="Calibri" w:hAnsi="Calibri" w:cs="Calibri"/>
          <w:color w:val="000000"/>
          <w:sz w:val="22"/>
          <w:szCs w:val="22"/>
        </w:rPr>
        <w:t> </w:t>
      </w:r>
      <w:r w:rsidRPr="0040068F">
        <w:rPr>
          <w:rStyle w:val="Strong"/>
          <w:rFonts w:ascii="Calibri" w:hAnsi="Calibri" w:cs="Calibri"/>
          <w:b w:val="0"/>
          <w:bCs w:val="0"/>
          <w:color w:val="000000"/>
          <w:sz w:val="22"/>
          <w:szCs w:val="22"/>
        </w:rPr>
        <w:t>insights and best practices from charitable partners</w:t>
      </w:r>
      <w:r w:rsidRPr="0040068F">
        <w:rPr>
          <w:rFonts w:ascii="Calibri" w:hAnsi="Calibri" w:cs="Calibri"/>
          <w:b/>
          <w:bCs/>
          <w:color w:val="000000"/>
          <w:sz w:val="22"/>
          <w:szCs w:val="22"/>
        </w:rPr>
        <w:t>,</w:t>
      </w:r>
      <w:r w:rsidRPr="00380074">
        <w:rPr>
          <w:rFonts w:ascii="Calibri" w:hAnsi="Calibri" w:cs="Calibri"/>
          <w:color w:val="000000"/>
          <w:sz w:val="22"/>
          <w:szCs w:val="22"/>
        </w:rPr>
        <w:t xml:space="preserve"> including organizations that have successfully implemented smart food locker programs and other technology-enabled access initiatives.</w:t>
      </w:r>
    </w:p>
    <w:p w14:paraId="1263D117" w14:textId="739CE892" w:rsidR="00380074" w:rsidRPr="00380074" w:rsidRDefault="00380074" w:rsidP="00380074">
      <w:pPr>
        <w:pStyle w:val="NormalWeb"/>
        <w:rPr>
          <w:rFonts w:ascii="Calibri" w:hAnsi="Calibri" w:cs="Calibri"/>
          <w:color w:val="000000"/>
          <w:sz w:val="22"/>
          <w:szCs w:val="22"/>
        </w:rPr>
      </w:pPr>
      <w:r w:rsidRPr="00380074">
        <w:rPr>
          <w:rFonts w:ascii="Calibri" w:hAnsi="Calibri" w:cs="Calibri"/>
          <w:color w:val="000000"/>
          <w:sz w:val="22"/>
          <w:szCs w:val="22"/>
        </w:rPr>
        <w:t>The structure follows widely accepted standards for philanthropic and government grant proposals, with clearly defined sections such as</w:t>
      </w:r>
      <w:r w:rsidRPr="00380074">
        <w:rPr>
          <w:rStyle w:val="apple-converted-space"/>
          <w:rFonts w:ascii="Calibri" w:hAnsi="Calibri" w:cs="Calibri"/>
          <w:color w:val="000000"/>
          <w:sz w:val="22"/>
          <w:szCs w:val="22"/>
        </w:rPr>
        <w:t> </w:t>
      </w:r>
      <w:r w:rsidRPr="00380074">
        <w:rPr>
          <w:rStyle w:val="Emphasis"/>
          <w:rFonts w:ascii="Calibri" w:hAnsi="Calibri" w:cs="Calibri"/>
          <w:color w:val="000000"/>
          <w:sz w:val="22"/>
          <w:szCs w:val="22"/>
        </w:rPr>
        <w:t>Executive Summary, Problem Statement / Needs Assessment, Project Description</w:t>
      </w:r>
      <w:r>
        <w:rPr>
          <w:rStyle w:val="Emphasis"/>
          <w:rFonts w:ascii="Calibri" w:hAnsi="Calibri" w:cs="Calibri"/>
          <w:color w:val="000000"/>
          <w:sz w:val="22"/>
          <w:szCs w:val="22"/>
        </w:rPr>
        <w:t>/Solution</w:t>
      </w:r>
      <w:r w:rsidRPr="00380074">
        <w:rPr>
          <w:rStyle w:val="Emphasis"/>
          <w:rFonts w:ascii="Calibri" w:hAnsi="Calibri" w:cs="Calibri"/>
          <w:color w:val="000000"/>
          <w:sz w:val="22"/>
          <w:szCs w:val="22"/>
        </w:rPr>
        <w:t>, Goals &amp; Objectives, Methodology, Budget, Sustainability,</w:t>
      </w:r>
      <w:r w:rsidRPr="00380074">
        <w:rPr>
          <w:rStyle w:val="apple-converted-space"/>
          <w:rFonts w:ascii="Calibri" w:hAnsi="Calibri" w:cs="Calibri"/>
          <w:color w:val="000000"/>
          <w:sz w:val="22"/>
          <w:szCs w:val="22"/>
        </w:rPr>
        <w:t> </w:t>
      </w:r>
      <w:r w:rsidRPr="00380074">
        <w:rPr>
          <w:rFonts w:ascii="Calibri" w:hAnsi="Calibri" w:cs="Calibri"/>
          <w:color w:val="000000"/>
          <w:sz w:val="22"/>
          <w:szCs w:val="22"/>
        </w:rPr>
        <w:t>and</w:t>
      </w:r>
      <w:r w:rsidRPr="00380074">
        <w:rPr>
          <w:rStyle w:val="apple-converted-space"/>
          <w:rFonts w:ascii="Calibri" w:hAnsi="Calibri" w:cs="Calibri"/>
          <w:color w:val="000000"/>
          <w:sz w:val="22"/>
          <w:szCs w:val="22"/>
        </w:rPr>
        <w:t> </w:t>
      </w:r>
      <w:r w:rsidRPr="00380074">
        <w:rPr>
          <w:rStyle w:val="Emphasis"/>
          <w:rFonts w:ascii="Calibri" w:hAnsi="Calibri" w:cs="Calibri"/>
          <w:color w:val="000000"/>
          <w:sz w:val="22"/>
          <w:szCs w:val="22"/>
        </w:rPr>
        <w:t>Attachments.</w:t>
      </w:r>
    </w:p>
    <w:p w14:paraId="1A591070" w14:textId="77777777" w:rsidR="00380074" w:rsidRPr="00380074" w:rsidRDefault="00E53BC1" w:rsidP="00380074">
      <w:pPr>
        <w:rPr>
          <w:rFonts w:ascii="Calibri" w:hAnsi="Calibri" w:cs="Calibri"/>
        </w:rPr>
      </w:pPr>
      <w:r>
        <w:rPr>
          <w:rFonts w:ascii="Calibri" w:hAnsi="Calibri" w:cs="Calibri"/>
          <w:noProof/>
        </w:rPr>
        <w:pict w14:anchorId="03A813F4">
          <v:rect id="_x0000_i1028" alt="" style="width:451.3pt;height:.05pt;mso-width-percent:0;mso-height-percent:0;mso-width-percent:0;mso-height-percent:0" o:hralign="center" o:hrstd="t" o:hr="t" fillcolor="#a0a0a0" stroked="f"/>
        </w:pict>
      </w:r>
    </w:p>
    <w:p w14:paraId="65D84B30" w14:textId="77777777" w:rsidR="00380074" w:rsidRPr="00380074" w:rsidRDefault="00380074" w:rsidP="00380074">
      <w:pPr>
        <w:pStyle w:val="Heading3"/>
        <w:rPr>
          <w:rFonts w:ascii="Calibri" w:hAnsi="Calibri" w:cs="Calibri"/>
          <w:color w:val="000000"/>
        </w:rPr>
      </w:pPr>
      <w:r w:rsidRPr="00380074">
        <w:rPr>
          <w:rStyle w:val="Strong"/>
          <w:rFonts w:ascii="Calibri" w:hAnsi="Calibri" w:cs="Calibri"/>
          <w:b/>
          <w:bCs/>
          <w:color w:val="000000"/>
        </w:rPr>
        <w:t>How to Use It</w:t>
      </w:r>
    </w:p>
    <w:p w14:paraId="35C95A9D" w14:textId="77777777" w:rsidR="00380074" w:rsidRPr="00380074" w:rsidRDefault="00380074" w:rsidP="00380074">
      <w:pPr>
        <w:pStyle w:val="NormalWeb"/>
        <w:numPr>
          <w:ilvl w:val="0"/>
          <w:numId w:val="14"/>
        </w:numPr>
        <w:spacing w:before="100" w:beforeAutospacing="1" w:after="100" w:afterAutospacing="1" w:line="240" w:lineRule="auto"/>
        <w:rPr>
          <w:rFonts w:ascii="Calibri" w:hAnsi="Calibri" w:cs="Calibri"/>
          <w:color w:val="000000"/>
          <w:sz w:val="22"/>
          <w:szCs w:val="22"/>
        </w:rPr>
      </w:pPr>
      <w:r w:rsidRPr="00380074">
        <w:rPr>
          <w:rStyle w:val="Strong"/>
          <w:rFonts w:ascii="Calibri" w:hAnsi="Calibri" w:cs="Calibri"/>
          <w:color w:val="000000"/>
          <w:sz w:val="22"/>
          <w:szCs w:val="22"/>
        </w:rPr>
        <w:t>Look for [bracketed fields]</w:t>
      </w:r>
      <w:r w:rsidRPr="00380074">
        <w:rPr>
          <w:rStyle w:val="apple-converted-space"/>
          <w:rFonts w:ascii="Calibri" w:hAnsi="Calibri" w:cs="Calibri"/>
          <w:color w:val="000000"/>
          <w:sz w:val="22"/>
          <w:szCs w:val="22"/>
        </w:rPr>
        <w:t> </w:t>
      </w:r>
      <w:r w:rsidRPr="00380074">
        <w:rPr>
          <w:rFonts w:ascii="Calibri" w:hAnsi="Calibri" w:cs="Calibri"/>
          <w:color w:val="000000"/>
          <w:sz w:val="22"/>
          <w:szCs w:val="22"/>
        </w:rPr>
        <w:t>throughout the document. These indicate where you should insert your own organization’s information, data, or region-specific context.</w:t>
      </w:r>
    </w:p>
    <w:p w14:paraId="08A5FB47" w14:textId="77777777" w:rsidR="00380074" w:rsidRPr="00380074" w:rsidRDefault="00380074" w:rsidP="00380074">
      <w:pPr>
        <w:pStyle w:val="NormalWeb"/>
        <w:ind w:left="720"/>
        <w:rPr>
          <w:rFonts w:ascii="Calibri" w:hAnsi="Calibri" w:cs="Calibri"/>
          <w:color w:val="000000"/>
          <w:sz w:val="22"/>
          <w:szCs w:val="22"/>
        </w:rPr>
      </w:pPr>
      <w:r w:rsidRPr="00380074">
        <w:rPr>
          <w:rFonts w:ascii="Calibri" w:hAnsi="Calibri" w:cs="Calibri"/>
          <w:color w:val="000000"/>
          <w:sz w:val="22"/>
          <w:szCs w:val="22"/>
        </w:rPr>
        <w:t>Example: Replace</w:t>
      </w:r>
      <w:r w:rsidRPr="00380074">
        <w:rPr>
          <w:rStyle w:val="apple-converted-space"/>
          <w:rFonts w:ascii="Calibri" w:hAnsi="Calibri" w:cs="Calibri"/>
          <w:color w:val="000000"/>
          <w:sz w:val="22"/>
          <w:szCs w:val="22"/>
        </w:rPr>
        <w:t> </w:t>
      </w:r>
      <w:r w:rsidRPr="00380074">
        <w:rPr>
          <w:rStyle w:val="HTMLCode"/>
          <w:rFonts w:ascii="Calibri" w:eastAsiaTheme="majorEastAsia" w:hAnsi="Calibri" w:cs="Calibri"/>
          <w:color w:val="000000"/>
          <w:sz w:val="22"/>
          <w:szCs w:val="22"/>
        </w:rPr>
        <w:t>[your state or county]</w:t>
      </w:r>
      <w:r w:rsidRPr="00380074">
        <w:rPr>
          <w:rStyle w:val="apple-converted-space"/>
          <w:rFonts w:ascii="Calibri" w:hAnsi="Calibri" w:cs="Calibri"/>
          <w:color w:val="000000"/>
          <w:sz w:val="22"/>
          <w:szCs w:val="22"/>
        </w:rPr>
        <w:t> </w:t>
      </w:r>
      <w:r w:rsidRPr="00380074">
        <w:rPr>
          <w:rFonts w:ascii="Calibri" w:hAnsi="Calibri" w:cs="Calibri"/>
          <w:color w:val="000000"/>
          <w:sz w:val="22"/>
          <w:szCs w:val="22"/>
        </w:rPr>
        <w:t>with the name of your service area.</w:t>
      </w:r>
    </w:p>
    <w:p w14:paraId="62A575C8" w14:textId="77777777" w:rsidR="00380074" w:rsidRPr="00380074" w:rsidRDefault="00380074" w:rsidP="00380074">
      <w:pPr>
        <w:pStyle w:val="NormalWeb"/>
        <w:numPr>
          <w:ilvl w:val="0"/>
          <w:numId w:val="14"/>
        </w:numPr>
        <w:spacing w:before="100" w:beforeAutospacing="1" w:after="100" w:afterAutospacing="1" w:line="240" w:lineRule="auto"/>
        <w:rPr>
          <w:rFonts w:ascii="Calibri" w:hAnsi="Calibri" w:cs="Calibri"/>
          <w:color w:val="000000"/>
          <w:sz w:val="22"/>
          <w:szCs w:val="22"/>
        </w:rPr>
      </w:pPr>
      <w:r w:rsidRPr="00380074">
        <w:rPr>
          <w:rStyle w:val="Strong"/>
          <w:rFonts w:ascii="Calibri" w:hAnsi="Calibri" w:cs="Calibri"/>
          <w:color w:val="000000"/>
          <w:sz w:val="22"/>
          <w:szCs w:val="22"/>
        </w:rPr>
        <w:t>Tailor the content</w:t>
      </w:r>
      <w:r w:rsidRPr="00380074">
        <w:rPr>
          <w:rStyle w:val="apple-converted-space"/>
          <w:rFonts w:ascii="Calibri" w:hAnsi="Calibri" w:cs="Calibri"/>
          <w:color w:val="000000"/>
          <w:sz w:val="22"/>
          <w:szCs w:val="22"/>
        </w:rPr>
        <w:t> </w:t>
      </w:r>
      <w:r w:rsidRPr="00380074">
        <w:rPr>
          <w:rFonts w:ascii="Calibri" w:hAnsi="Calibri" w:cs="Calibri"/>
          <w:color w:val="000000"/>
          <w:sz w:val="22"/>
          <w:szCs w:val="22"/>
        </w:rPr>
        <w:t>to reflect your organization’s mission, tone, and program design. The sample language provides a strong foundation but should be adapted to your voice and evidence base.</w:t>
      </w:r>
    </w:p>
    <w:p w14:paraId="00A47332" w14:textId="77777777" w:rsidR="00380074" w:rsidRPr="00380074" w:rsidRDefault="00380074" w:rsidP="00380074">
      <w:pPr>
        <w:pStyle w:val="NormalWeb"/>
        <w:numPr>
          <w:ilvl w:val="0"/>
          <w:numId w:val="14"/>
        </w:numPr>
        <w:spacing w:before="100" w:beforeAutospacing="1" w:after="100" w:afterAutospacing="1" w:line="240" w:lineRule="auto"/>
        <w:rPr>
          <w:rFonts w:ascii="Calibri" w:hAnsi="Calibri" w:cs="Calibri"/>
          <w:color w:val="000000"/>
          <w:sz w:val="22"/>
          <w:szCs w:val="22"/>
        </w:rPr>
      </w:pPr>
      <w:r w:rsidRPr="00380074">
        <w:rPr>
          <w:rStyle w:val="Strong"/>
          <w:rFonts w:ascii="Calibri" w:hAnsi="Calibri" w:cs="Calibri"/>
          <w:color w:val="000000"/>
          <w:sz w:val="22"/>
          <w:szCs w:val="22"/>
        </w:rPr>
        <w:t>Incorporate local data and credible sources</w:t>
      </w:r>
      <w:r w:rsidRPr="00380074">
        <w:rPr>
          <w:rStyle w:val="apple-converted-space"/>
          <w:rFonts w:ascii="Calibri" w:hAnsi="Calibri" w:cs="Calibri"/>
          <w:color w:val="000000"/>
          <w:sz w:val="22"/>
          <w:szCs w:val="22"/>
        </w:rPr>
        <w:t> </w:t>
      </w:r>
      <w:r w:rsidRPr="00380074">
        <w:rPr>
          <w:rFonts w:ascii="Calibri" w:hAnsi="Calibri" w:cs="Calibri"/>
          <w:color w:val="000000"/>
          <w:sz w:val="22"/>
          <w:szCs w:val="22"/>
        </w:rPr>
        <w:t>such as:</w:t>
      </w:r>
    </w:p>
    <w:p w14:paraId="3FE3EA1B" w14:textId="77777777" w:rsidR="00380074" w:rsidRPr="00380074" w:rsidRDefault="00380074" w:rsidP="00380074">
      <w:pPr>
        <w:pStyle w:val="NormalWeb"/>
        <w:numPr>
          <w:ilvl w:val="1"/>
          <w:numId w:val="14"/>
        </w:numPr>
        <w:spacing w:before="100" w:beforeAutospacing="1" w:after="100" w:afterAutospacing="1" w:line="240" w:lineRule="auto"/>
        <w:rPr>
          <w:rFonts w:ascii="Calibri" w:hAnsi="Calibri" w:cs="Calibri"/>
          <w:color w:val="000000"/>
          <w:sz w:val="22"/>
          <w:szCs w:val="22"/>
        </w:rPr>
      </w:pPr>
      <w:r w:rsidRPr="00380074">
        <w:rPr>
          <w:rStyle w:val="Emphasis"/>
          <w:rFonts w:ascii="Calibri" w:hAnsi="Calibri" w:cs="Calibri"/>
          <w:color w:val="000000"/>
          <w:sz w:val="22"/>
          <w:szCs w:val="22"/>
        </w:rPr>
        <w:t>Feeding America’s “Map the Meal Gap”</w:t>
      </w:r>
      <w:r w:rsidRPr="00380074">
        <w:rPr>
          <w:rStyle w:val="apple-converted-space"/>
          <w:rFonts w:ascii="Calibri" w:hAnsi="Calibri" w:cs="Calibri"/>
          <w:color w:val="000000"/>
          <w:sz w:val="22"/>
          <w:szCs w:val="22"/>
        </w:rPr>
        <w:t> </w:t>
      </w:r>
      <w:r w:rsidRPr="00380074">
        <w:rPr>
          <w:rFonts w:ascii="Calibri" w:hAnsi="Calibri" w:cs="Calibri"/>
          <w:color w:val="000000"/>
          <w:sz w:val="22"/>
          <w:szCs w:val="22"/>
        </w:rPr>
        <w:t>for county-level food insecurity rates</w:t>
      </w:r>
    </w:p>
    <w:p w14:paraId="2598D658" w14:textId="77777777" w:rsidR="00380074" w:rsidRPr="00380074" w:rsidRDefault="00380074" w:rsidP="00380074">
      <w:pPr>
        <w:pStyle w:val="NormalWeb"/>
        <w:numPr>
          <w:ilvl w:val="1"/>
          <w:numId w:val="14"/>
        </w:numPr>
        <w:spacing w:before="100" w:beforeAutospacing="1" w:after="100" w:afterAutospacing="1" w:line="240" w:lineRule="auto"/>
        <w:rPr>
          <w:rFonts w:ascii="Calibri" w:hAnsi="Calibri" w:cs="Calibri"/>
          <w:color w:val="000000"/>
          <w:sz w:val="22"/>
          <w:szCs w:val="22"/>
        </w:rPr>
      </w:pPr>
      <w:r w:rsidRPr="00380074">
        <w:rPr>
          <w:rStyle w:val="Emphasis"/>
          <w:rFonts w:ascii="Calibri" w:hAnsi="Calibri" w:cs="Calibri"/>
          <w:color w:val="000000"/>
          <w:sz w:val="22"/>
          <w:szCs w:val="22"/>
        </w:rPr>
        <w:t>U.S. Department of Agriculture (USDA)</w:t>
      </w:r>
      <w:r w:rsidRPr="00380074">
        <w:rPr>
          <w:rStyle w:val="apple-converted-space"/>
          <w:rFonts w:ascii="Calibri" w:hAnsi="Calibri" w:cs="Calibri"/>
          <w:color w:val="000000"/>
          <w:sz w:val="22"/>
          <w:szCs w:val="22"/>
        </w:rPr>
        <w:t> </w:t>
      </w:r>
      <w:r w:rsidRPr="00380074">
        <w:rPr>
          <w:rFonts w:ascii="Calibri" w:hAnsi="Calibri" w:cs="Calibri"/>
          <w:color w:val="000000"/>
          <w:sz w:val="22"/>
          <w:szCs w:val="22"/>
        </w:rPr>
        <w:t>and</w:t>
      </w:r>
      <w:r w:rsidRPr="00380074">
        <w:rPr>
          <w:rStyle w:val="apple-converted-space"/>
          <w:rFonts w:ascii="Calibri" w:hAnsi="Calibri" w:cs="Calibri"/>
          <w:color w:val="000000"/>
          <w:sz w:val="22"/>
          <w:szCs w:val="22"/>
        </w:rPr>
        <w:t> </w:t>
      </w:r>
      <w:r w:rsidRPr="00380074">
        <w:rPr>
          <w:rStyle w:val="Emphasis"/>
          <w:rFonts w:ascii="Calibri" w:hAnsi="Calibri" w:cs="Calibri"/>
          <w:color w:val="000000"/>
          <w:sz w:val="22"/>
          <w:szCs w:val="22"/>
        </w:rPr>
        <w:t>U.S. Census Bureau</w:t>
      </w:r>
      <w:r w:rsidRPr="00380074">
        <w:rPr>
          <w:rStyle w:val="apple-converted-space"/>
          <w:rFonts w:ascii="Calibri" w:hAnsi="Calibri" w:cs="Calibri"/>
          <w:color w:val="000000"/>
          <w:sz w:val="22"/>
          <w:szCs w:val="22"/>
        </w:rPr>
        <w:t> </w:t>
      </w:r>
      <w:r w:rsidRPr="00380074">
        <w:rPr>
          <w:rFonts w:ascii="Calibri" w:hAnsi="Calibri" w:cs="Calibri"/>
          <w:color w:val="000000"/>
          <w:sz w:val="22"/>
          <w:szCs w:val="22"/>
        </w:rPr>
        <w:t>data</w:t>
      </w:r>
    </w:p>
    <w:p w14:paraId="7363A650" w14:textId="77777777" w:rsidR="00380074" w:rsidRPr="00380074" w:rsidRDefault="00380074" w:rsidP="00380074">
      <w:pPr>
        <w:pStyle w:val="NormalWeb"/>
        <w:numPr>
          <w:ilvl w:val="1"/>
          <w:numId w:val="14"/>
        </w:numPr>
        <w:spacing w:before="100" w:beforeAutospacing="1" w:after="100" w:afterAutospacing="1" w:line="240" w:lineRule="auto"/>
        <w:rPr>
          <w:rFonts w:ascii="Calibri" w:hAnsi="Calibri" w:cs="Calibri"/>
          <w:color w:val="000000"/>
          <w:sz w:val="22"/>
          <w:szCs w:val="22"/>
        </w:rPr>
      </w:pPr>
      <w:r w:rsidRPr="00380074">
        <w:rPr>
          <w:rStyle w:val="Emphasis"/>
          <w:rFonts w:ascii="Calibri" w:hAnsi="Calibri" w:cs="Calibri"/>
          <w:color w:val="000000"/>
          <w:sz w:val="22"/>
          <w:szCs w:val="22"/>
        </w:rPr>
        <w:t>MIT Living Wage Calculator</w:t>
      </w:r>
      <w:r w:rsidRPr="00380074">
        <w:rPr>
          <w:rStyle w:val="apple-converted-space"/>
          <w:rFonts w:ascii="Calibri" w:hAnsi="Calibri" w:cs="Calibri"/>
          <w:color w:val="000000"/>
          <w:sz w:val="22"/>
          <w:szCs w:val="22"/>
        </w:rPr>
        <w:t> </w:t>
      </w:r>
      <w:r w:rsidRPr="00380074">
        <w:rPr>
          <w:rFonts w:ascii="Calibri" w:hAnsi="Calibri" w:cs="Calibri"/>
          <w:color w:val="000000"/>
          <w:sz w:val="22"/>
          <w:szCs w:val="22"/>
        </w:rPr>
        <w:t>for cost-of-living context</w:t>
      </w:r>
    </w:p>
    <w:p w14:paraId="50F03BAE" w14:textId="77777777" w:rsidR="00380074" w:rsidRPr="00380074" w:rsidRDefault="00380074" w:rsidP="00380074">
      <w:pPr>
        <w:pStyle w:val="NormalWeb"/>
        <w:numPr>
          <w:ilvl w:val="1"/>
          <w:numId w:val="14"/>
        </w:numPr>
        <w:spacing w:before="100" w:beforeAutospacing="1" w:after="100" w:afterAutospacing="1" w:line="240" w:lineRule="auto"/>
        <w:rPr>
          <w:rFonts w:ascii="Calibri" w:hAnsi="Calibri" w:cs="Calibri"/>
          <w:color w:val="000000"/>
          <w:sz w:val="22"/>
          <w:szCs w:val="22"/>
        </w:rPr>
      </w:pPr>
      <w:r w:rsidRPr="00380074">
        <w:rPr>
          <w:rStyle w:val="Emphasis"/>
          <w:rFonts w:ascii="Calibri" w:hAnsi="Calibri" w:cs="Calibri"/>
          <w:color w:val="000000"/>
          <w:sz w:val="22"/>
          <w:szCs w:val="22"/>
        </w:rPr>
        <w:t>State or regional health department reports</w:t>
      </w:r>
    </w:p>
    <w:p w14:paraId="2B2E5C5A" w14:textId="77777777" w:rsidR="00380074" w:rsidRPr="00380074" w:rsidRDefault="00380074" w:rsidP="00380074">
      <w:pPr>
        <w:pStyle w:val="NormalWeb"/>
        <w:numPr>
          <w:ilvl w:val="0"/>
          <w:numId w:val="14"/>
        </w:numPr>
        <w:spacing w:before="100" w:beforeAutospacing="1" w:after="100" w:afterAutospacing="1" w:line="240" w:lineRule="auto"/>
        <w:rPr>
          <w:rFonts w:ascii="Calibri" w:hAnsi="Calibri" w:cs="Calibri"/>
          <w:color w:val="000000"/>
          <w:sz w:val="22"/>
          <w:szCs w:val="22"/>
        </w:rPr>
      </w:pPr>
      <w:r w:rsidRPr="00380074">
        <w:rPr>
          <w:rStyle w:val="Strong"/>
          <w:rFonts w:ascii="Calibri" w:hAnsi="Calibri" w:cs="Calibri"/>
          <w:color w:val="000000"/>
          <w:sz w:val="22"/>
          <w:szCs w:val="22"/>
        </w:rPr>
        <w:t>Leverage AI tools</w:t>
      </w:r>
      <w:r w:rsidRPr="00380074">
        <w:rPr>
          <w:rStyle w:val="apple-converted-space"/>
          <w:rFonts w:ascii="Calibri" w:hAnsi="Calibri" w:cs="Calibri"/>
          <w:color w:val="000000"/>
          <w:sz w:val="22"/>
          <w:szCs w:val="22"/>
        </w:rPr>
        <w:t> </w:t>
      </w:r>
      <w:r w:rsidRPr="00380074">
        <w:rPr>
          <w:rFonts w:ascii="Calibri" w:hAnsi="Calibri" w:cs="Calibri"/>
          <w:color w:val="000000"/>
          <w:sz w:val="22"/>
          <w:szCs w:val="22"/>
        </w:rPr>
        <w:t>such as</w:t>
      </w:r>
      <w:r w:rsidRPr="00380074">
        <w:rPr>
          <w:rStyle w:val="apple-converted-space"/>
          <w:rFonts w:ascii="Calibri" w:hAnsi="Calibri" w:cs="Calibri"/>
          <w:color w:val="000000"/>
          <w:sz w:val="22"/>
          <w:szCs w:val="22"/>
        </w:rPr>
        <w:t> </w:t>
      </w:r>
      <w:r w:rsidRPr="00380074">
        <w:rPr>
          <w:rStyle w:val="Emphasis"/>
          <w:rFonts w:ascii="Calibri" w:hAnsi="Calibri" w:cs="Calibri"/>
          <w:color w:val="000000"/>
          <w:sz w:val="22"/>
          <w:szCs w:val="22"/>
        </w:rPr>
        <w:t>ChatGPT</w:t>
      </w:r>
      <w:r w:rsidRPr="00380074">
        <w:rPr>
          <w:rStyle w:val="apple-converted-space"/>
          <w:rFonts w:ascii="Calibri" w:hAnsi="Calibri" w:cs="Calibri"/>
          <w:color w:val="000000"/>
          <w:sz w:val="22"/>
          <w:szCs w:val="22"/>
        </w:rPr>
        <w:t> </w:t>
      </w:r>
      <w:r w:rsidRPr="00380074">
        <w:rPr>
          <w:rFonts w:ascii="Calibri" w:hAnsi="Calibri" w:cs="Calibri"/>
          <w:color w:val="000000"/>
          <w:sz w:val="22"/>
          <w:szCs w:val="22"/>
        </w:rPr>
        <w:t xml:space="preserve">to help refine sections, summarize data, or adjust tone for specific funders — but always review and verify all </w:t>
      </w:r>
      <w:proofErr w:type="gramStart"/>
      <w:r w:rsidRPr="00380074">
        <w:rPr>
          <w:rFonts w:ascii="Calibri" w:hAnsi="Calibri" w:cs="Calibri"/>
          <w:color w:val="000000"/>
          <w:sz w:val="22"/>
          <w:szCs w:val="22"/>
        </w:rPr>
        <w:t>factual information</w:t>
      </w:r>
      <w:proofErr w:type="gramEnd"/>
      <w:r w:rsidRPr="00380074">
        <w:rPr>
          <w:rFonts w:ascii="Calibri" w:hAnsi="Calibri" w:cs="Calibri"/>
          <w:color w:val="000000"/>
          <w:sz w:val="22"/>
          <w:szCs w:val="22"/>
        </w:rPr>
        <w:t xml:space="preserve"> before submission.</w:t>
      </w:r>
    </w:p>
    <w:p w14:paraId="2C99AFE1" w14:textId="77777777" w:rsidR="00380074" w:rsidRPr="00380074" w:rsidRDefault="00380074" w:rsidP="00380074">
      <w:pPr>
        <w:pStyle w:val="NormalWeb"/>
        <w:numPr>
          <w:ilvl w:val="0"/>
          <w:numId w:val="14"/>
        </w:numPr>
        <w:spacing w:before="100" w:beforeAutospacing="1" w:after="100" w:afterAutospacing="1" w:line="240" w:lineRule="auto"/>
        <w:rPr>
          <w:rFonts w:ascii="Calibri" w:hAnsi="Calibri" w:cs="Calibri"/>
          <w:color w:val="000000"/>
          <w:sz w:val="22"/>
          <w:szCs w:val="22"/>
        </w:rPr>
      </w:pPr>
      <w:r w:rsidRPr="00380074">
        <w:rPr>
          <w:rStyle w:val="Strong"/>
          <w:rFonts w:ascii="Calibri" w:hAnsi="Calibri" w:cs="Calibri"/>
          <w:color w:val="000000"/>
          <w:sz w:val="22"/>
          <w:szCs w:val="22"/>
        </w:rPr>
        <w:t>Use your brand voice and design</w:t>
      </w:r>
      <w:r w:rsidRPr="00380074">
        <w:rPr>
          <w:rStyle w:val="apple-converted-space"/>
          <w:rFonts w:ascii="Calibri" w:hAnsi="Calibri" w:cs="Calibri"/>
          <w:color w:val="000000"/>
          <w:sz w:val="22"/>
          <w:szCs w:val="22"/>
        </w:rPr>
        <w:t> </w:t>
      </w:r>
      <w:r w:rsidRPr="00380074">
        <w:rPr>
          <w:rFonts w:ascii="Calibri" w:hAnsi="Calibri" w:cs="Calibri"/>
          <w:color w:val="000000"/>
          <w:sz w:val="22"/>
          <w:szCs w:val="22"/>
        </w:rPr>
        <w:t>— add your logo, color palette, and consistent formatting across pages. Funders appreciate clear, professional presentation, but authenticity and clarity matter most.</w:t>
      </w:r>
    </w:p>
    <w:p w14:paraId="1EFD13A5" w14:textId="77777777" w:rsidR="00380074" w:rsidRPr="00380074" w:rsidRDefault="00E53BC1" w:rsidP="00380074">
      <w:pPr>
        <w:rPr>
          <w:rFonts w:ascii="Calibri" w:hAnsi="Calibri" w:cs="Calibri"/>
        </w:rPr>
      </w:pPr>
      <w:r>
        <w:rPr>
          <w:rFonts w:ascii="Calibri" w:hAnsi="Calibri" w:cs="Calibri"/>
          <w:noProof/>
        </w:rPr>
        <w:pict w14:anchorId="62123B99">
          <v:rect id="_x0000_i1027" alt="" style="width:451.3pt;height:.05pt;mso-width-percent:0;mso-height-percent:0;mso-width-percent:0;mso-height-percent:0" o:hralign="center" o:hrstd="t" o:hr="t" fillcolor="#a0a0a0" stroked="f"/>
        </w:pict>
      </w:r>
    </w:p>
    <w:p w14:paraId="6DE770AA" w14:textId="77777777" w:rsidR="00380074" w:rsidRPr="00380074" w:rsidRDefault="00380074" w:rsidP="00380074">
      <w:pPr>
        <w:pStyle w:val="Heading3"/>
        <w:rPr>
          <w:rFonts w:ascii="Calibri" w:hAnsi="Calibri" w:cs="Calibri"/>
          <w:color w:val="000000"/>
        </w:rPr>
      </w:pPr>
      <w:r w:rsidRPr="00380074">
        <w:rPr>
          <w:rStyle w:val="Strong"/>
          <w:rFonts w:ascii="Calibri" w:hAnsi="Calibri" w:cs="Calibri"/>
          <w:b/>
          <w:bCs/>
          <w:color w:val="000000"/>
        </w:rPr>
        <w:t>Tips for Effective Customization</w:t>
      </w:r>
    </w:p>
    <w:p w14:paraId="62DA0DC9" w14:textId="77777777" w:rsidR="00380074" w:rsidRPr="00380074" w:rsidRDefault="00380074" w:rsidP="00380074">
      <w:pPr>
        <w:pStyle w:val="NormalWeb"/>
        <w:numPr>
          <w:ilvl w:val="0"/>
          <w:numId w:val="15"/>
        </w:numPr>
        <w:spacing w:before="100" w:beforeAutospacing="1" w:after="100" w:afterAutospacing="1" w:line="240" w:lineRule="auto"/>
        <w:rPr>
          <w:rFonts w:ascii="Calibri" w:hAnsi="Calibri" w:cs="Calibri"/>
          <w:color w:val="000000"/>
          <w:sz w:val="22"/>
          <w:szCs w:val="22"/>
        </w:rPr>
      </w:pPr>
      <w:r w:rsidRPr="00380074">
        <w:rPr>
          <w:rStyle w:val="Strong"/>
          <w:rFonts w:ascii="Calibri" w:hAnsi="Calibri" w:cs="Calibri"/>
          <w:color w:val="000000"/>
          <w:sz w:val="22"/>
          <w:szCs w:val="22"/>
        </w:rPr>
        <w:t>Be specific and local.</w:t>
      </w:r>
      <w:r w:rsidRPr="00380074">
        <w:rPr>
          <w:rStyle w:val="apple-converted-space"/>
          <w:rFonts w:ascii="Calibri" w:hAnsi="Calibri" w:cs="Calibri"/>
          <w:color w:val="000000"/>
          <w:sz w:val="22"/>
          <w:szCs w:val="22"/>
        </w:rPr>
        <w:t> </w:t>
      </w:r>
      <w:r w:rsidRPr="00380074">
        <w:rPr>
          <w:rFonts w:ascii="Calibri" w:hAnsi="Calibri" w:cs="Calibri"/>
          <w:color w:val="000000"/>
          <w:sz w:val="22"/>
          <w:szCs w:val="22"/>
        </w:rPr>
        <w:t>Use your community data, quotes, and stories wherever possible.</w:t>
      </w:r>
    </w:p>
    <w:p w14:paraId="624FC4BD" w14:textId="77777777" w:rsidR="00380074" w:rsidRPr="00380074" w:rsidRDefault="00380074" w:rsidP="00380074">
      <w:pPr>
        <w:pStyle w:val="NormalWeb"/>
        <w:numPr>
          <w:ilvl w:val="0"/>
          <w:numId w:val="15"/>
        </w:numPr>
        <w:spacing w:before="100" w:beforeAutospacing="1" w:after="100" w:afterAutospacing="1" w:line="240" w:lineRule="auto"/>
        <w:rPr>
          <w:rFonts w:ascii="Calibri" w:hAnsi="Calibri" w:cs="Calibri"/>
          <w:color w:val="000000"/>
          <w:sz w:val="22"/>
          <w:szCs w:val="22"/>
        </w:rPr>
      </w:pPr>
      <w:r w:rsidRPr="00380074">
        <w:rPr>
          <w:rStyle w:val="Strong"/>
          <w:rFonts w:ascii="Calibri" w:hAnsi="Calibri" w:cs="Calibri"/>
          <w:color w:val="000000"/>
          <w:sz w:val="22"/>
          <w:szCs w:val="22"/>
        </w:rPr>
        <w:t>Be consistent.</w:t>
      </w:r>
      <w:r w:rsidRPr="00380074">
        <w:rPr>
          <w:rStyle w:val="apple-converted-space"/>
          <w:rFonts w:ascii="Calibri" w:hAnsi="Calibri" w:cs="Calibri"/>
          <w:color w:val="000000"/>
          <w:sz w:val="22"/>
          <w:szCs w:val="22"/>
        </w:rPr>
        <w:t> </w:t>
      </w:r>
      <w:r w:rsidRPr="00380074">
        <w:rPr>
          <w:rFonts w:ascii="Calibri" w:hAnsi="Calibri" w:cs="Calibri"/>
          <w:color w:val="000000"/>
          <w:sz w:val="22"/>
          <w:szCs w:val="22"/>
        </w:rPr>
        <w:t>Align language, goals, and budget figures across all sections.</w:t>
      </w:r>
    </w:p>
    <w:p w14:paraId="293B7601" w14:textId="77777777" w:rsidR="00380074" w:rsidRPr="00380074" w:rsidRDefault="00380074" w:rsidP="00380074">
      <w:pPr>
        <w:pStyle w:val="NormalWeb"/>
        <w:numPr>
          <w:ilvl w:val="0"/>
          <w:numId w:val="15"/>
        </w:numPr>
        <w:spacing w:before="100" w:beforeAutospacing="1" w:after="100" w:afterAutospacing="1" w:line="240" w:lineRule="auto"/>
        <w:rPr>
          <w:rFonts w:ascii="Calibri" w:hAnsi="Calibri" w:cs="Calibri"/>
          <w:color w:val="000000"/>
          <w:sz w:val="22"/>
          <w:szCs w:val="22"/>
        </w:rPr>
      </w:pPr>
      <w:r w:rsidRPr="00380074">
        <w:rPr>
          <w:rStyle w:val="Strong"/>
          <w:rFonts w:ascii="Calibri" w:hAnsi="Calibri" w:cs="Calibri"/>
          <w:color w:val="000000"/>
          <w:sz w:val="22"/>
          <w:szCs w:val="22"/>
        </w:rPr>
        <w:lastRenderedPageBreak/>
        <w:t>Be transparent.</w:t>
      </w:r>
      <w:r w:rsidRPr="00380074">
        <w:rPr>
          <w:rStyle w:val="apple-converted-space"/>
          <w:rFonts w:ascii="Calibri" w:hAnsi="Calibri" w:cs="Calibri"/>
          <w:color w:val="000000"/>
          <w:sz w:val="22"/>
          <w:szCs w:val="22"/>
        </w:rPr>
        <w:t> </w:t>
      </w:r>
      <w:r w:rsidRPr="00380074">
        <w:rPr>
          <w:rFonts w:ascii="Calibri" w:hAnsi="Calibri" w:cs="Calibri"/>
          <w:color w:val="000000"/>
          <w:sz w:val="22"/>
          <w:szCs w:val="22"/>
        </w:rPr>
        <w:t>If your program is new or evolving, emphasize partnerships, pilot success, and scalability rather than overstating outcomes.</w:t>
      </w:r>
    </w:p>
    <w:p w14:paraId="692ADB0E" w14:textId="77777777" w:rsidR="00380074" w:rsidRPr="00380074" w:rsidRDefault="00380074" w:rsidP="00380074">
      <w:pPr>
        <w:pStyle w:val="NormalWeb"/>
        <w:numPr>
          <w:ilvl w:val="0"/>
          <w:numId w:val="15"/>
        </w:numPr>
        <w:spacing w:before="100" w:beforeAutospacing="1" w:after="100" w:afterAutospacing="1" w:line="240" w:lineRule="auto"/>
        <w:rPr>
          <w:rFonts w:ascii="Calibri" w:hAnsi="Calibri" w:cs="Calibri"/>
          <w:color w:val="000000"/>
          <w:sz w:val="22"/>
          <w:szCs w:val="22"/>
        </w:rPr>
      </w:pPr>
      <w:r w:rsidRPr="00380074">
        <w:rPr>
          <w:rStyle w:val="Strong"/>
          <w:rFonts w:ascii="Calibri" w:hAnsi="Calibri" w:cs="Calibri"/>
          <w:color w:val="000000"/>
          <w:sz w:val="22"/>
          <w:szCs w:val="22"/>
        </w:rPr>
        <w:t>Show impact.</w:t>
      </w:r>
      <w:r w:rsidRPr="00380074">
        <w:rPr>
          <w:rStyle w:val="apple-converted-space"/>
          <w:rFonts w:ascii="Calibri" w:hAnsi="Calibri" w:cs="Calibri"/>
          <w:color w:val="000000"/>
          <w:sz w:val="22"/>
          <w:szCs w:val="22"/>
        </w:rPr>
        <w:t> </w:t>
      </w:r>
      <w:r w:rsidRPr="00380074">
        <w:rPr>
          <w:rFonts w:ascii="Calibri" w:hAnsi="Calibri" w:cs="Calibri"/>
          <w:color w:val="000000"/>
          <w:sz w:val="22"/>
          <w:szCs w:val="22"/>
        </w:rPr>
        <w:t>Include measurable objectives and, where possible, qualitative feedback (participant quotes, testimonials, or case examples).</w:t>
      </w:r>
    </w:p>
    <w:p w14:paraId="2C2287FF" w14:textId="77777777" w:rsidR="00380074" w:rsidRPr="00380074" w:rsidRDefault="00380074" w:rsidP="00380074">
      <w:pPr>
        <w:pStyle w:val="NormalWeb"/>
        <w:numPr>
          <w:ilvl w:val="0"/>
          <w:numId w:val="15"/>
        </w:numPr>
        <w:spacing w:before="100" w:beforeAutospacing="1" w:after="100" w:afterAutospacing="1" w:line="240" w:lineRule="auto"/>
        <w:rPr>
          <w:rFonts w:ascii="Calibri" w:hAnsi="Calibri" w:cs="Calibri"/>
          <w:color w:val="000000"/>
          <w:sz w:val="22"/>
          <w:szCs w:val="22"/>
        </w:rPr>
      </w:pPr>
      <w:r w:rsidRPr="00380074">
        <w:rPr>
          <w:rStyle w:val="Strong"/>
          <w:rFonts w:ascii="Calibri" w:hAnsi="Calibri" w:cs="Calibri"/>
          <w:color w:val="000000"/>
          <w:sz w:val="22"/>
          <w:szCs w:val="22"/>
        </w:rPr>
        <w:t>Edit for readability.</w:t>
      </w:r>
      <w:r w:rsidRPr="00380074">
        <w:rPr>
          <w:rStyle w:val="apple-converted-space"/>
          <w:rFonts w:ascii="Calibri" w:hAnsi="Calibri" w:cs="Calibri"/>
          <w:color w:val="000000"/>
          <w:sz w:val="22"/>
          <w:szCs w:val="22"/>
        </w:rPr>
        <w:t> </w:t>
      </w:r>
      <w:r w:rsidRPr="00380074">
        <w:rPr>
          <w:rFonts w:ascii="Calibri" w:hAnsi="Calibri" w:cs="Calibri"/>
          <w:color w:val="000000"/>
          <w:sz w:val="22"/>
          <w:szCs w:val="22"/>
        </w:rPr>
        <w:t>Funders value concise, well-organized proposals that clearly connect need → solution → outcomes.</w:t>
      </w:r>
    </w:p>
    <w:p w14:paraId="43C8084B" w14:textId="77777777" w:rsidR="00380074" w:rsidRPr="00380074" w:rsidRDefault="00E53BC1" w:rsidP="00380074">
      <w:pPr>
        <w:rPr>
          <w:rFonts w:ascii="Calibri" w:hAnsi="Calibri" w:cs="Calibri"/>
        </w:rPr>
      </w:pPr>
      <w:r>
        <w:rPr>
          <w:rFonts w:ascii="Calibri" w:hAnsi="Calibri" w:cs="Calibri"/>
          <w:noProof/>
        </w:rPr>
        <w:pict w14:anchorId="7085531E">
          <v:rect id="_x0000_i1026" alt="" style="width:451.3pt;height:.05pt;mso-width-percent:0;mso-height-percent:0;mso-width-percent:0;mso-height-percent:0" o:hralign="center" o:hrstd="t" o:hr="t" fillcolor="#a0a0a0" stroked="f"/>
        </w:pict>
      </w:r>
    </w:p>
    <w:p w14:paraId="6BF30A19" w14:textId="77777777" w:rsidR="00380074" w:rsidRPr="00380074" w:rsidRDefault="00380074" w:rsidP="00380074">
      <w:pPr>
        <w:pStyle w:val="Heading3"/>
        <w:rPr>
          <w:rFonts w:ascii="Calibri" w:hAnsi="Calibri" w:cs="Calibri"/>
          <w:color w:val="000000"/>
        </w:rPr>
      </w:pPr>
      <w:r w:rsidRPr="00380074">
        <w:rPr>
          <w:rStyle w:val="Strong"/>
          <w:rFonts w:ascii="Calibri" w:hAnsi="Calibri" w:cs="Calibri"/>
          <w:b/>
          <w:bCs/>
          <w:color w:val="000000"/>
        </w:rPr>
        <w:t>Disclaimer</w:t>
      </w:r>
    </w:p>
    <w:p w14:paraId="65D74DA7" w14:textId="64BDFADA" w:rsidR="00380074" w:rsidRPr="0040068F" w:rsidRDefault="00380074" w:rsidP="00380074">
      <w:pPr>
        <w:pStyle w:val="NormalWeb"/>
        <w:rPr>
          <w:rFonts w:ascii="Calibri" w:hAnsi="Calibri" w:cs="Calibri"/>
          <w:color w:val="000000"/>
          <w:sz w:val="22"/>
          <w:szCs w:val="22"/>
        </w:rPr>
      </w:pPr>
      <w:r w:rsidRPr="00380074">
        <w:rPr>
          <w:rFonts w:ascii="Calibri" w:hAnsi="Calibri" w:cs="Calibri"/>
          <w:color w:val="000000"/>
          <w:sz w:val="22"/>
          <w:szCs w:val="22"/>
        </w:rPr>
        <w:t>This template is provided as a</w:t>
      </w:r>
      <w:r w:rsidRPr="00380074">
        <w:rPr>
          <w:rStyle w:val="apple-converted-space"/>
          <w:rFonts w:ascii="Calibri" w:hAnsi="Calibri" w:cs="Calibri"/>
          <w:color w:val="000000"/>
          <w:sz w:val="22"/>
          <w:szCs w:val="22"/>
        </w:rPr>
        <w:t> </w:t>
      </w:r>
      <w:r w:rsidRPr="0040068F">
        <w:rPr>
          <w:rStyle w:val="Strong"/>
          <w:rFonts w:ascii="Calibri" w:hAnsi="Calibri" w:cs="Calibri"/>
          <w:b w:val="0"/>
          <w:bCs w:val="0"/>
          <w:color w:val="000000"/>
          <w:sz w:val="22"/>
          <w:szCs w:val="22"/>
        </w:rPr>
        <w:t>guidance and reference tool</w:t>
      </w:r>
      <w:r w:rsidRPr="0040068F">
        <w:rPr>
          <w:rFonts w:ascii="Calibri" w:hAnsi="Calibri" w:cs="Calibri"/>
          <w:color w:val="000000"/>
          <w:sz w:val="22"/>
          <w:szCs w:val="22"/>
        </w:rPr>
        <w:t>.</w:t>
      </w:r>
      <w:r w:rsidRPr="0040068F">
        <w:rPr>
          <w:rFonts w:ascii="Calibri" w:hAnsi="Calibri" w:cs="Calibri"/>
          <w:color w:val="000000"/>
          <w:sz w:val="22"/>
          <w:szCs w:val="22"/>
        </w:rPr>
        <w:br/>
        <w:t xml:space="preserve">It does not constitute legal, financial, or professional </w:t>
      </w:r>
      <w:r w:rsidR="0040068F" w:rsidRPr="0040068F">
        <w:rPr>
          <w:rFonts w:ascii="Calibri" w:hAnsi="Calibri" w:cs="Calibri"/>
          <w:color w:val="000000"/>
          <w:sz w:val="22"/>
          <w:szCs w:val="22"/>
        </w:rPr>
        <w:t>grant writing</w:t>
      </w:r>
      <w:r w:rsidRPr="0040068F">
        <w:rPr>
          <w:rFonts w:ascii="Calibri" w:hAnsi="Calibri" w:cs="Calibri"/>
          <w:color w:val="000000"/>
          <w:sz w:val="22"/>
          <w:szCs w:val="22"/>
        </w:rPr>
        <w:t xml:space="preserve"> advice. Users are responsible for ensuring that all information entered is accurate, appropriate for the intended funder, and aligned with their organization’s mission and policies.</w:t>
      </w:r>
    </w:p>
    <w:p w14:paraId="0FCAE127" w14:textId="77777777" w:rsidR="00380074" w:rsidRPr="0040068F" w:rsidRDefault="00380074" w:rsidP="00380074">
      <w:pPr>
        <w:pStyle w:val="NormalWeb"/>
        <w:rPr>
          <w:rFonts w:ascii="Calibri" w:hAnsi="Calibri" w:cs="Calibri"/>
          <w:color w:val="000000"/>
          <w:sz w:val="22"/>
          <w:szCs w:val="22"/>
        </w:rPr>
      </w:pPr>
      <w:r w:rsidRPr="0040068F">
        <w:rPr>
          <w:rFonts w:ascii="Calibri" w:hAnsi="Calibri" w:cs="Calibri"/>
          <w:color w:val="000000"/>
          <w:sz w:val="22"/>
          <w:szCs w:val="22"/>
        </w:rPr>
        <w:t>While the examples, citations, and references reflect proven practices from charitable food-access programs, every proposal should be customized to your organization’s circumstances, regional context, and funding opportunity requirements.</w:t>
      </w:r>
    </w:p>
    <w:p w14:paraId="752C54B4" w14:textId="77777777" w:rsidR="00380074" w:rsidRPr="0040068F" w:rsidRDefault="00380074" w:rsidP="00380074">
      <w:pPr>
        <w:pStyle w:val="NormalWeb"/>
        <w:rPr>
          <w:rFonts w:ascii="Calibri" w:hAnsi="Calibri" w:cs="Calibri"/>
          <w:color w:val="000000"/>
          <w:sz w:val="22"/>
          <w:szCs w:val="22"/>
        </w:rPr>
      </w:pPr>
      <w:r w:rsidRPr="0040068F">
        <w:rPr>
          <w:rFonts w:ascii="Calibri" w:hAnsi="Calibri" w:cs="Calibri"/>
          <w:color w:val="000000"/>
          <w:sz w:val="22"/>
          <w:szCs w:val="22"/>
        </w:rPr>
        <w:t>You are encouraged to</w:t>
      </w:r>
      <w:r w:rsidRPr="0040068F">
        <w:rPr>
          <w:rStyle w:val="apple-converted-space"/>
          <w:rFonts w:ascii="Calibri" w:hAnsi="Calibri" w:cs="Calibri"/>
          <w:color w:val="000000"/>
          <w:sz w:val="22"/>
          <w:szCs w:val="22"/>
        </w:rPr>
        <w:t> </w:t>
      </w:r>
      <w:r w:rsidRPr="0040068F">
        <w:rPr>
          <w:rStyle w:val="Strong"/>
          <w:rFonts w:ascii="Calibri" w:hAnsi="Calibri" w:cs="Calibri"/>
          <w:b w:val="0"/>
          <w:bCs w:val="0"/>
          <w:color w:val="000000"/>
          <w:sz w:val="22"/>
          <w:szCs w:val="22"/>
        </w:rPr>
        <w:t>adapt, modify, and expand</w:t>
      </w:r>
      <w:r w:rsidRPr="0040068F">
        <w:rPr>
          <w:rStyle w:val="apple-converted-space"/>
          <w:rFonts w:ascii="Calibri" w:hAnsi="Calibri" w:cs="Calibri"/>
          <w:color w:val="000000"/>
          <w:sz w:val="22"/>
          <w:szCs w:val="22"/>
        </w:rPr>
        <w:t> </w:t>
      </w:r>
      <w:r w:rsidRPr="0040068F">
        <w:rPr>
          <w:rFonts w:ascii="Calibri" w:hAnsi="Calibri" w:cs="Calibri"/>
          <w:color w:val="000000"/>
          <w:sz w:val="22"/>
          <w:szCs w:val="22"/>
        </w:rPr>
        <w:t>this template to fit your needs — it is designed to be a flexible foundation, not a final draft.</w:t>
      </w:r>
    </w:p>
    <w:p w14:paraId="40BA7ECB" w14:textId="77777777" w:rsidR="00380074" w:rsidRPr="00380074" w:rsidRDefault="00E53BC1" w:rsidP="00380074">
      <w:pPr>
        <w:rPr>
          <w:rFonts w:ascii="Calibri" w:hAnsi="Calibri" w:cs="Calibri"/>
        </w:rPr>
      </w:pPr>
      <w:r>
        <w:rPr>
          <w:rFonts w:ascii="Calibri" w:hAnsi="Calibri" w:cs="Calibri"/>
          <w:noProof/>
        </w:rPr>
        <w:pict w14:anchorId="45D28D60">
          <v:rect id="_x0000_i1025" alt="" style="width:451.3pt;height:.05pt;mso-width-percent:0;mso-height-percent:0;mso-width-percent:0;mso-height-percent:0" o:hralign="center" o:hrstd="t" o:hr="t" fillcolor="#a0a0a0" stroked="f"/>
        </w:pict>
      </w:r>
    </w:p>
    <w:p w14:paraId="4D9EFFE5" w14:textId="77777777" w:rsidR="00380074" w:rsidRPr="00380074" w:rsidRDefault="00380074" w:rsidP="00380074">
      <w:pPr>
        <w:pStyle w:val="NormalWeb"/>
        <w:rPr>
          <w:rFonts w:ascii="Calibri" w:hAnsi="Calibri" w:cs="Calibri"/>
          <w:color w:val="EE0000"/>
          <w:sz w:val="22"/>
          <w:szCs w:val="22"/>
        </w:rPr>
      </w:pPr>
      <w:r w:rsidRPr="00380074">
        <w:rPr>
          <w:rFonts w:ascii="Apple Color Emoji" w:hAnsi="Apple Color Emoji" w:cs="Apple Color Emoji"/>
          <w:color w:val="EE0000"/>
          <w:sz w:val="22"/>
          <w:szCs w:val="22"/>
        </w:rPr>
        <w:t>⚠️</w:t>
      </w:r>
      <w:r w:rsidRPr="00380074">
        <w:rPr>
          <w:rStyle w:val="apple-converted-space"/>
          <w:rFonts w:ascii="Calibri" w:hAnsi="Calibri" w:cs="Calibri"/>
          <w:color w:val="EE0000"/>
          <w:sz w:val="22"/>
          <w:szCs w:val="22"/>
        </w:rPr>
        <w:t> </w:t>
      </w:r>
      <w:r w:rsidRPr="00380074">
        <w:rPr>
          <w:rStyle w:val="Strong"/>
          <w:rFonts w:ascii="Calibri" w:hAnsi="Calibri" w:cs="Calibri"/>
          <w:color w:val="EE0000"/>
          <w:sz w:val="22"/>
          <w:szCs w:val="22"/>
        </w:rPr>
        <w:t>Reminder:</w:t>
      </w:r>
      <w:r w:rsidRPr="00380074">
        <w:rPr>
          <w:rStyle w:val="apple-converted-space"/>
          <w:rFonts w:ascii="Calibri" w:hAnsi="Calibri" w:cs="Calibri"/>
          <w:color w:val="EE0000"/>
          <w:sz w:val="22"/>
          <w:szCs w:val="22"/>
        </w:rPr>
        <w:t> </w:t>
      </w:r>
      <w:r w:rsidRPr="00380074">
        <w:rPr>
          <w:rStyle w:val="Emphasis"/>
          <w:rFonts w:ascii="Calibri" w:hAnsi="Calibri" w:cs="Calibri"/>
          <w:color w:val="EE0000"/>
          <w:sz w:val="22"/>
          <w:szCs w:val="22"/>
        </w:rPr>
        <w:t>This page is for internal use only. Please delete this entire section before submitting your completed proposal.</w:t>
      </w:r>
    </w:p>
    <w:p w14:paraId="404301F9" w14:textId="646EB851" w:rsidR="0010002C" w:rsidRPr="0010002C" w:rsidRDefault="0010002C" w:rsidP="00380074"/>
    <w:p w14:paraId="087F957C" w14:textId="77777777" w:rsidR="00972532" w:rsidRPr="00972532" w:rsidRDefault="00972532" w:rsidP="00972532">
      <w:pPr>
        <w:pStyle w:val="Heading2"/>
        <w:rPr>
          <w:rFonts w:ascii="Calibri" w:hAnsi="Calibri" w:cs="Calibri"/>
        </w:rPr>
      </w:pPr>
    </w:p>
    <w:p w14:paraId="1FF9A6C5" w14:textId="77777777" w:rsidR="00972532" w:rsidRPr="00972532" w:rsidRDefault="00972532" w:rsidP="00972532">
      <w:pPr>
        <w:pStyle w:val="Heading2"/>
        <w:rPr>
          <w:rFonts w:ascii="Calibri" w:hAnsi="Calibri" w:cs="Calibri"/>
        </w:rPr>
      </w:pPr>
    </w:p>
    <w:p w14:paraId="06CD903C" w14:textId="77777777" w:rsidR="00972532" w:rsidRPr="00972532" w:rsidRDefault="00972532" w:rsidP="00972532">
      <w:pPr>
        <w:pStyle w:val="Heading2"/>
        <w:rPr>
          <w:rFonts w:ascii="Calibri" w:hAnsi="Calibri" w:cs="Calibri"/>
        </w:rPr>
      </w:pPr>
    </w:p>
    <w:p w14:paraId="357EA5E5" w14:textId="77777777" w:rsidR="00972532" w:rsidRPr="00972532" w:rsidRDefault="00972532" w:rsidP="00972532">
      <w:pPr>
        <w:pStyle w:val="Heading2"/>
        <w:rPr>
          <w:rFonts w:ascii="Calibri" w:hAnsi="Calibri" w:cs="Calibri"/>
        </w:rPr>
      </w:pPr>
    </w:p>
    <w:p w14:paraId="0DEF5DEB" w14:textId="77777777" w:rsidR="0010002C" w:rsidRDefault="0010002C">
      <w:pPr>
        <w:rPr>
          <w:rFonts w:ascii="Calibri" w:eastAsiaTheme="majorEastAsia" w:hAnsi="Calibri" w:cs="Calibri"/>
          <w:b/>
          <w:bCs/>
          <w:color w:val="0070C0"/>
          <w:sz w:val="26"/>
          <w:szCs w:val="26"/>
        </w:rPr>
      </w:pPr>
      <w:r>
        <w:rPr>
          <w:rFonts w:ascii="Calibri" w:hAnsi="Calibri" w:cs="Calibri"/>
        </w:rPr>
        <w:br w:type="page"/>
      </w:r>
    </w:p>
    <w:p w14:paraId="082D66A7" w14:textId="77777777" w:rsidR="00080FF3" w:rsidRDefault="00080FF3" w:rsidP="00972532">
      <w:pPr>
        <w:pStyle w:val="Heading2"/>
        <w:jc w:val="center"/>
        <w:rPr>
          <w:rFonts w:ascii="Calibri" w:hAnsi="Calibri" w:cs="Calibri"/>
        </w:rPr>
      </w:pPr>
    </w:p>
    <w:p w14:paraId="18D22216" w14:textId="77777777" w:rsidR="00080FF3" w:rsidRDefault="00080FF3" w:rsidP="00972532">
      <w:pPr>
        <w:pStyle w:val="Heading2"/>
        <w:jc w:val="center"/>
        <w:rPr>
          <w:rFonts w:ascii="Calibri" w:hAnsi="Calibri" w:cs="Calibri"/>
        </w:rPr>
      </w:pPr>
    </w:p>
    <w:p w14:paraId="4E29DEE7" w14:textId="77777777" w:rsidR="00080FF3" w:rsidRDefault="00080FF3" w:rsidP="00972532">
      <w:pPr>
        <w:pStyle w:val="Heading2"/>
        <w:jc w:val="center"/>
        <w:rPr>
          <w:rFonts w:ascii="Calibri" w:hAnsi="Calibri" w:cs="Calibri"/>
        </w:rPr>
      </w:pPr>
    </w:p>
    <w:p w14:paraId="01404E2E" w14:textId="50725B6A" w:rsidR="00C968D4" w:rsidRPr="00972532" w:rsidRDefault="00000000" w:rsidP="00972532">
      <w:pPr>
        <w:pStyle w:val="Heading2"/>
        <w:jc w:val="center"/>
        <w:rPr>
          <w:rFonts w:ascii="Calibri" w:hAnsi="Calibri" w:cs="Calibri"/>
        </w:rPr>
      </w:pPr>
      <w:r w:rsidRPr="00972532">
        <w:rPr>
          <w:rFonts w:ascii="Calibri" w:hAnsi="Calibri" w:cs="Calibri"/>
        </w:rPr>
        <w:t>Executive Summary</w:t>
      </w:r>
    </w:p>
    <w:p w14:paraId="4AC042EF" w14:textId="77777777" w:rsidR="000C5886" w:rsidRPr="003A74D0" w:rsidRDefault="00000000" w:rsidP="00202912">
      <w:pPr>
        <w:rPr>
          <w:rFonts w:ascii="Calibri" w:hAnsi="Calibri" w:cs="Calibri"/>
          <w:sz w:val="24"/>
          <w:szCs w:val="24"/>
          <w:lang w:val="en-AU"/>
        </w:rPr>
      </w:pPr>
      <w:r w:rsidRPr="003A74D0">
        <w:rPr>
          <w:rFonts w:ascii="Calibri" w:hAnsi="Calibri" w:cs="Calibri"/>
          <w:sz w:val="24"/>
          <w:szCs w:val="24"/>
        </w:rPr>
        <w:t xml:space="preserve">This proposal seeks </w:t>
      </w:r>
      <w:r w:rsidRPr="003A74D0">
        <w:rPr>
          <w:rFonts w:ascii="Calibri" w:hAnsi="Calibri" w:cs="Calibri"/>
          <w:b/>
          <w:bCs/>
          <w:sz w:val="24"/>
          <w:szCs w:val="24"/>
        </w:rPr>
        <w:t>[amount]</w:t>
      </w:r>
      <w:r w:rsidRPr="003A74D0">
        <w:rPr>
          <w:rFonts w:ascii="Calibri" w:hAnsi="Calibri" w:cs="Calibri"/>
          <w:sz w:val="24"/>
          <w:szCs w:val="24"/>
        </w:rPr>
        <w:t xml:space="preserve"> in funding to </w:t>
      </w:r>
      <w:r w:rsidR="008A5B1E" w:rsidRPr="003A74D0">
        <w:rPr>
          <w:rFonts w:ascii="Calibri" w:hAnsi="Calibri" w:cs="Calibri"/>
          <w:sz w:val="24"/>
          <w:szCs w:val="24"/>
        </w:rPr>
        <w:t>[</w:t>
      </w:r>
      <w:r w:rsidRPr="003A74D0">
        <w:rPr>
          <w:rFonts w:ascii="Calibri" w:hAnsi="Calibri" w:cs="Calibri"/>
          <w:sz w:val="24"/>
          <w:szCs w:val="24"/>
        </w:rPr>
        <w:t>establish or expand</w:t>
      </w:r>
      <w:r w:rsidR="008A5B1E" w:rsidRPr="003A74D0">
        <w:rPr>
          <w:rFonts w:ascii="Calibri" w:hAnsi="Calibri" w:cs="Calibri"/>
          <w:sz w:val="24"/>
          <w:szCs w:val="24"/>
        </w:rPr>
        <w:t>]</w:t>
      </w:r>
      <w:r w:rsidRPr="003A74D0">
        <w:rPr>
          <w:rFonts w:ascii="Calibri" w:hAnsi="Calibri" w:cs="Calibri"/>
          <w:sz w:val="24"/>
          <w:szCs w:val="24"/>
        </w:rPr>
        <w:t xml:space="preserve"> a Smart Food Locker Access Program—a secure, contactless, and climate-controlled system for distributing nutritious food to individuals and families facing food insecurity.</w:t>
      </w:r>
      <w:r w:rsidRPr="003A74D0">
        <w:rPr>
          <w:rFonts w:ascii="Calibri" w:hAnsi="Calibri" w:cs="Calibri"/>
          <w:sz w:val="24"/>
          <w:szCs w:val="24"/>
        </w:rPr>
        <w:br/>
      </w:r>
      <w:r w:rsidRPr="003A74D0">
        <w:rPr>
          <w:rFonts w:ascii="Calibri" w:hAnsi="Calibri" w:cs="Calibri"/>
          <w:sz w:val="24"/>
          <w:szCs w:val="24"/>
        </w:rPr>
        <w:br/>
      </w:r>
      <w:r w:rsidR="000C5886" w:rsidRPr="003A74D0">
        <w:rPr>
          <w:rFonts w:ascii="Calibri" w:hAnsi="Calibri" w:cs="Calibri"/>
          <w:sz w:val="24"/>
          <w:szCs w:val="24"/>
          <w:lang w:val="en-AU"/>
        </w:rPr>
        <w:t>The goal of this project is to expand equitable food access through a flexible, technology-enabled distribution network that complements traditional pantry operations and better serves working families, seniors, and individuals facing mobility or transportation challenges.</w:t>
      </w:r>
    </w:p>
    <w:p w14:paraId="5A7173DF" w14:textId="77777777" w:rsidR="000C5886" w:rsidRPr="003A74D0" w:rsidRDefault="000C5886" w:rsidP="00202912">
      <w:pPr>
        <w:rPr>
          <w:rFonts w:ascii="Calibri" w:hAnsi="Calibri" w:cs="Calibri"/>
          <w:sz w:val="24"/>
          <w:szCs w:val="24"/>
        </w:rPr>
      </w:pPr>
      <w:r w:rsidRPr="003A74D0">
        <w:rPr>
          <w:rFonts w:ascii="Calibri" w:hAnsi="Calibri" w:cs="Calibri"/>
          <w:sz w:val="24"/>
          <w:szCs w:val="24"/>
        </w:rPr>
        <w:t xml:space="preserve">The proposed food locker program enhances overall system efficiency and community reach by optimizing volunteer capacity and staff time, reducing operational pressure on in-person distributions, and extending access to residents in </w:t>
      </w:r>
      <w:r w:rsidRPr="003A74D0">
        <w:rPr>
          <w:rFonts w:ascii="Calibri" w:hAnsi="Calibri" w:cs="Calibri"/>
          <w:b/>
          <w:bCs/>
          <w:sz w:val="24"/>
          <w:szCs w:val="24"/>
        </w:rPr>
        <w:t>[remote / underserved / high-demand] areas through strategically placed [locker hubs / satellite pickup points]. Each locker site—whether installed [outside an existing food bank / at a partner agency / in a public access location such as a library, school, or municipal site]—</w:t>
      </w:r>
      <w:r w:rsidRPr="003A74D0">
        <w:rPr>
          <w:rFonts w:ascii="Calibri" w:hAnsi="Calibri" w:cs="Calibri"/>
          <w:sz w:val="24"/>
          <w:szCs w:val="24"/>
        </w:rPr>
        <w:t>acts as an extension of the food distribution network. These units provide safe, temperature-controlled pickup options around the clock, allowing families to collect food parcels privately and conveniently, at times that fit their schedules.</w:t>
      </w:r>
    </w:p>
    <w:p w14:paraId="1B03F276" w14:textId="440CB8AE" w:rsidR="00C968D4" w:rsidRPr="003A74D0" w:rsidRDefault="003309C0" w:rsidP="00202912">
      <w:pPr>
        <w:rPr>
          <w:rFonts w:ascii="Calibri" w:hAnsi="Calibri" w:cs="Calibri"/>
          <w:sz w:val="24"/>
          <w:szCs w:val="24"/>
        </w:rPr>
      </w:pPr>
      <w:r w:rsidRPr="003A74D0">
        <w:rPr>
          <w:rFonts w:ascii="Calibri" w:hAnsi="Calibri" w:cs="Calibri"/>
          <w:sz w:val="24"/>
          <w:szCs w:val="24"/>
        </w:rPr>
        <w:t xml:space="preserve">This model supports both dignity and efficiency. It empowers recipients with genuine choice and privacy, strengthens the resilience of food bank operations, and equips </w:t>
      </w:r>
      <w:r w:rsidRPr="003A74D0">
        <w:rPr>
          <w:rFonts w:ascii="Calibri" w:hAnsi="Calibri" w:cs="Calibri"/>
          <w:b/>
          <w:bCs/>
          <w:sz w:val="24"/>
          <w:szCs w:val="24"/>
        </w:rPr>
        <w:t>[Organization]</w:t>
      </w:r>
      <w:r w:rsidRPr="003A74D0">
        <w:rPr>
          <w:rFonts w:ascii="Calibri" w:hAnsi="Calibri" w:cs="Calibri"/>
          <w:sz w:val="24"/>
          <w:szCs w:val="24"/>
        </w:rPr>
        <w:t xml:space="preserve"> with practical, data-informed ways to reach those they have historically struggled to serve—transforming food assistance from a limited-time service into a 24/7 community resource.</w:t>
      </w:r>
      <w:r w:rsidRPr="003A74D0">
        <w:rPr>
          <w:rFonts w:ascii="Calibri" w:hAnsi="Calibri" w:cs="Calibri"/>
          <w:sz w:val="24"/>
          <w:szCs w:val="24"/>
        </w:rPr>
        <w:br/>
      </w:r>
    </w:p>
    <w:p w14:paraId="27C266F3" w14:textId="77777777" w:rsidR="00972532" w:rsidRPr="003A74D0" w:rsidRDefault="00972532">
      <w:pPr>
        <w:rPr>
          <w:rFonts w:ascii="Calibri" w:eastAsiaTheme="majorEastAsia" w:hAnsi="Calibri" w:cs="Calibri"/>
          <w:b/>
          <w:bCs/>
          <w:color w:val="4F81BD" w:themeColor="accent1"/>
          <w:sz w:val="24"/>
          <w:szCs w:val="24"/>
        </w:rPr>
      </w:pPr>
      <w:r w:rsidRPr="003A74D0">
        <w:rPr>
          <w:rFonts w:ascii="Calibri" w:hAnsi="Calibri" w:cs="Calibri"/>
          <w:sz w:val="24"/>
          <w:szCs w:val="24"/>
        </w:rPr>
        <w:br w:type="page"/>
      </w:r>
    </w:p>
    <w:p w14:paraId="017951BE" w14:textId="2B080ED6" w:rsidR="00C968D4" w:rsidRPr="003A74D0" w:rsidRDefault="00000000" w:rsidP="00972532">
      <w:pPr>
        <w:pStyle w:val="Heading2"/>
        <w:rPr>
          <w:rFonts w:ascii="Calibri" w:hAnsi="Calibri" w:cs="Calibri"/>
          <w:sz w:val="24"/>
          <w:szCs w:val="24"/>
        </w:rPr>
      </w:pPr>
      <w:r w:rsidRPr="003A74D0">
        <w:rPr>
          <w:rFonts w:ascii="Calibri" w:hAnsi="Calibri" w:cs="Calibri"/>
          <w:sz w:val="24"/>
          <w:szCs w:val="24"/>
        </w:rPr>
        <w:lastRenderedPageBreak/>
        <w:t>Introduction</w:t>
      </w:r>
    </w:p>
    <w:p w14:paraId="26419FD5" w14:textId="3D121B78" w:rsidR="00C968D4" w:rsidRPr="003A74D0" w:rsidRDefault="00000000">
      <w:pPr>
        <w:rPr>
          <w:rFonts w:ascii="Calibri" w:hAnsi="Calibri" w:cs="Calibri"/>
          <w:sz w:val="24"/>
          <w:szCs w:val="24"/>
        </w:rPr>
      </w:pPr>
      <w:r w:rsidRPr="003A74D0">
        <w:rPr>
          <w:rFonts w:ascii="Calibri" w:hAnsi="Calibri" w:cs="Calibri"/>
          <w:sz w:val="24"/>
          <w:szCs w:val="24"/>
        </w:rPr>
        <w:t xml:space="preserve">[Organization Name] is a registered </w:t>
      </w:r>
      <w:r w:rsidRPr="003A74D0">
        <w:rPr>
          <w:rFonts w:ascii="Calibri" w:hAnsi="Calibri" w:cs="Calibri"/>
          <w:b/>
          <w:bCs/>
          <w:sz w:val="24"/>
          <w:szCs w:val="24"/>
        </w:rPr>
        <w:t xml:space="preserve">[nonprofit / charity] </w:t>
      </w:r>
      <w:r w:rsidRPr="003A74D0">
        <w:rPr>
          <w:rFonts w:ascii="Calibri" w:hAnsi="Calibri" w:cs="Calibri"/>
          <w:sz w:val="24"/>
          <w:szCs w:val="24"/>
        </w:rPr>
        <w:t xml:space="preserve">dedicated to ending hunger and improving equitable access to nutritious food. Founded in </w:t>
      </w:r>
      <w:r w:rsidRPr="003A74D0">
        <w:rPr>
          <w:rFonts w:ascii="Calibri" w:hAnsi="Calibri" w:cs="Calibri"/>
          <w:b/>
          <w:bCs/>
          <w:sz w:val="24"/>
          <w:szCs w:val="24"/>
        </w:rPr>
        <w:t>[year]</w:t>
      </w:r>
      <w:r w:rsidRPr="003A74D0">
        <w:rPr>
          <w:rFonts w:ascii="Calibri" w:hAnsi="Calibri" w:cs="Calibri"/>
          <w:sz w:val="24"/>
          <w:szCs w:val="24"/>
        </w:rPr>
        <w:t>, our mission is to provide creative, community-driven solutions that meet people where they are.</w:t>
      </w:r>
      <w:r w:rsidRPr="003A74D0">
        <w:rPr>
          <w:rFonts w:ascii="Calibri" w:hAnsi="Calibri" w:cs="Calibri"/>
          <w:sz w:val="24"/>
          <w:szCs w:val="24"/>
        </w:rPr>
        <w:br/>
      </w:r>
      <w:r w:rsidRPr="003A74D0">
        <w:rPr>
          <w:rFonts w:ascii="Calibri" w:hAnsi="Calibri" w:cs="Calibri"/>
          <w:sz w:val="24"/>
          <w:szCs w:val="24"/>
        </w:rPr>
        <w:br/>
        <w:t xml:space="preserve">We have distributed </w:t>
      </w:r>
      <w:r w:rsidRPr="003A74D0">
        <w:rPr>
          <w:rFonts w:ascii="Calibri" w:hAnsi="Calibri" w:cs="Calibri"/>
          <w:b/>
          <w:bCs/>
          <w:sz w:val="24"/>
          <w:szCs w:val="24"/>
        </w:rPr>
        <w:t>[X]</w:t>
      </w:r>
      <w:r w:rsidRPr="003A74D0">
        <w:rPr>
          <w:rFonts w:ascii="Calibri" w:hAnsi="Calibri" w:cs="Calibri"/>
          <w:sz w:val="24"/>
          <w:szCs w:val="24"/>
        </w:rPr>
        <w:t xml:space="preserve"> meals annually through a network of </w:t>
      </w:r>
      <w:r w:rsidRPr="003A74D0">
        <w:rPr>
          <w:rFonts w:ascii="Calibri" w:hAnsi="Calibri" w:cs="Calibri"/>
          <w:b/>
          <w:bCs/>
          <w:sz w:val="24"/>
          <w:szCs w:val="24"/>
        </w:rPr>
        <w:t>[number]</w:t>
      </w:r>
      <w:r w:rsidRPr="003A74D0">
        <w:rPr>
          <w:rFonts w:ascii="Calibri" w:hAnsi="Calibri" w:cs="Calibri"/>
          <w:sz w:val="24"/>
          <w:szCs w:val="24"/>
        </w:rPr>
        <w:t xml:space="preserve"> partner sites. Building on this experience, we are now integrating technology-enabled food distribution to improve accessibility and reduce stigma. Our management team includes leaders in logistics, food security, and digital innovation, supported by </w:t>
      </w:r>
      <w:r w:rsidRPr="003A74D0">
        <w:rPr>
          <w:rFonts w:ascii="Calibri" w:hAnsi="Calibri" w:cs="Calibri"/>
          <w:b/>
          <w:bCs/>
          <w:sz w:val="24"/>
          <w:szCs w:val="24"/>
        </w:rPr>
        <w:t>[number]</w:t>
      </w:r>
      <w:r w:rsidRPr="003A74D0">
        <w:rPr>
          <w:rFonts w:ascii="Calibri" w:hAnsi="Calibri" w:cs="Calibri"/>
          <w:sz w:val="24"/>
          <w:szCs w:val="24"/>
        </w:rPr>
        <w:t xml:space="preserve"> volunteers and key partners such as </w:t>
      </w:r>
      <w:r w:rsidRPr="003A74D0">
        <w:rPr>
          <w:rFonts w:ascii="Calibri" w:hAnsi="Calibri" w:cs="Calibri"/>
          <w:b/>
          <w:bCs/>
          <w:sz w:val="24"/>
          <w:szCs w:val="24"/>
        </w:rPr>
        <w:t>[partners]</w:t>
      </w:r>
      <w:r w:rsidRPr="003A74D0">
        <w:rPr>
          <w:rFonts w:ascii="Calibri" w:hAnsi="Calibri" w:cs="Calibri"/>
          <w:sz w:val="24"/>
          <w:szCs w:val="24"/>
        </w:rPr>
        <w:t>.</w:t>
      </w:r>
    </w:p>
    <w:p w14:paraId="3E9D7A3F" w14:textId="15AAF455" w:rsidR="00C968D4" w:rsidRPr="003A74D0" w:rsidRDefault="00202912" w:rsidP="00972532">
      <w:pPr>
        <w:pStyle w:val="Heading2"/>
        <w:rPr>
          <w:rFonts w:ascii="Calibri" w:hAnsi="Calibri" w:cs="Calibri"/>
          <w:sz w:val="24"/>
          <w:szCs w:val="24"/>
        </w:rPr>
      </w:pPr>
      <w:r w:rsidRPr="003A74D0">
        <w:rPr>
          <w:rFonts w:ascii="Calibri" w:hAnsi="Calibri" w:cs="Calibri"/>
          <w:sz w:val="24"/>
          <w:szCs w:val="24"/>
        </w:rPr>
        <w:t>Problem Statement</w:t>
      </w:r>
      <w:r w:rsidR="00380074" w:rsidRPr="003A74D0">
        <w:rPr>
          <w:rFonts w:ascii="Calibri" w:hAnsi="Calibri" w:cs="Calibri"/>
          <w:sz w:val="24"/>
          <w:szCs w:val="24"/>
        </w:rPr>
        <w:t xml:space="preserve"> / Needs Assessment</w:t>
      </w:r>
    </w:p>
    <w:p w14:paraId="24B485A9" w14:textId="094BFF57" w:rsidR="008A5B1E" w:rsidRPr="003A74D0" w:rsidRDefault="00000000">
      <w:pPr>
        <w:rPr>
          <w:rFonts w:ascii="Calibri" w:hAnsi="Calibri" w:cs="Calibri"/>
          <w:sz w:val="24"/>
          <w:szCs w:val="24"/>
        </w:rPr>
      </w:pPr>
      <w:r w:rsidRPr="003A74D0">
        <w:rPr>
          <w:rFonts w:ascii="Calibri" w:hAnsi="Calibri" w:cs="Calibri"/>
          <w:sz w:val="24"/>
          <w:szCs w:val="24"/>
        </w:rPr>
        <w:t xml:space="preserve">Food insecurity continues to affect a significant portion of </w:t>
      </w:r>
      <w:r w:rsidRPr="003A74D0">
        <w:rPr>
          <w:rFonts w:ascii="Calibri" w:hAnsi="Calibri" w:cs="Calibri"/>
          <w:b/>
          <w:bCs/>
          <w:sz w:val="24"/>
          <w:szCs w:val="24"/>
        </w:rPr>
        <w:t>[</w:t>
      </w:r>
      <w:r w:rsidR="008A5B1E" w:rsidRPr="003A74D0">
        <w:rPr>
          <w:rFonts w:ascii="Calibri" w:hAnsi="Calibri" w:cs="Calibri"/>
          <w:b/>
          <w:bCs/>
          <w:sz w:val="24"/>
          <w:szCs w:val="24"/>
        </w:rPr>
        <w:t>your state and/or county</w:t>
      </w:r>
      <w:r w:rsidRPr="003A74D0">
        <w:rPr>
          <w:rFonts w:ascii="Calibri" w:hAnsi="Calibri" w:cs="Calibri"/>
          <w:b/>
          <w:bCs/>
          <w:sz w:val="24"/>
          <w:szCs w:val="24"/>
        </w:rPr>
        <w:t>]</w:t>
      </w:r>
      <w:r w:rsidRPr="003A74D0">
        <w:rPr>
          <w:rFonts w:ascii="Calibri" w:hAnsi="Calibri" w:cs="Calibri"/>
          <w:sz w:val="24"/>
          <w:szCs w:val="24"/>
        </w:rPr>
        <w:t>. With rising living costs, many working households earn too much to qualify for traditional assistance yet too little to meet the cost of living. The result is a growing population of under-served, employed individuals struggling to afford nutritious food.</w:t>
      </w:r>
    </w:p>
    <w:p w14:paraId="3A9C217B" w14:textId="77777777" w:rsidR="008A5B1E" w:rsidRPr="003A74D0" w:rsidRDefault="008A5B1E">
      <w:pPr>
        <w:rPr>
          <w:rFonts w:ascii="Calibri" w:hAnsi="Calibri" w:cs="Calibri"/>
          <w:sz w:val="24"/>
          <w:szCs w:val="24"/>
        </w:rPr>
      </w:pPr>
      <w:r w:rsidRPr="003A74D0">
        <w:rPr>
          <w:rFonts w:ascii="Calibri" w:hAnsi="Calibri" w:cs="Calibri"/>
          <w:sz w:val="24"/>
          <w:szCs w:val="24"/>
        </w:rPr>
        <w:t>According to Hunger Free America, “nearly 10 percent of employed U.S. adults (14.3 million workers) lived in food insecure households.</w:t>
      </w:r>
    </w:p>
    <w:p w14:paraId="4C81F674" w14:textId="612CA6EF" w:rsidR="00497452" w:rsidRPr="003A74D0" w:rsidRDefault="0040068F" w:rsidP="00497452">
      <w:pPr>
        <w:rPr>
          <w:rFonts w:ascii="Calibri" w:hAnsi="Calibri" w:cs="Calibri"/>
          <w:color w:val="7030A0"/>
          <w:sz w:val="24"/>
          <w:szCs w:val="24"/>
          <w:lang w:val="en-AU"/>
        </w:rPr>
      </w:pPr>
      <w:r w:rsidRPr="003A74D0">
        <w:rPr>
          <w:rFonts w:ascii="Calibri" w:hAnsi="Calibri" w:cs="Calibri"/>
          <w:color w:val="7030A0"/>
          <w:sz w:val="24"/>
          <w:szCs w:val="24"/>
          <w:lang w:val="en-AU"/>
        </w:rPr>
        <w:t>[</w:t>
      </w:r>
      <w:r w:rsidR="00497452" w:rsidRPr="003A74D0">
        <w:rPr>
          <w:rFonts w:ascii="Calibri" w:hAnsi="Calibri" w:cs="Calibri"/>
          <w:color w:val="7030A0"/>
          <w:sz w:val="24"/>
          <w:szCs w:val="24"/>
          <w:lang w:val="en-AU"/>
        </w:rPr>
        <w:t>Use this paragraph to highlight </w:t>
      </w:r>
      <w:r w:rsidR="00497452" w:rsidRPr="003A74D0">
        <w:rPr>
          <w:rFonts w:ascii="Calibri" w:hAnsi="Calibri" w:cs="Calibri"/>
          <w:b/>
          <w:bCs/>
          <w:color w:val="7030A0"/>
          <w:sz w:val="24"/>
          <w:szCs w:val="24"/>
          <w:lang w:val="en-AU"/>
        </w:rPr>
        <w:t>county- or city-specific data</w:t>
      </w:r>
      <w:r w:rsidR="00497452" w:rsidRPr="003A74D0">
        <w:rPr>
          <w:rFonts w:ascii="Calibri" w:hAnsi="Calibri" w:cs="Calibri"/>
          <w:color w:val="7030A0"/>
          <w:sz w:val="24"/>
          <w:szCs w:val="24"/>
          <w:lang w:val="en-AU"/>
        </w:rPr>
        <w:t> that contextualizes the problem. Good sources include:</w:t>
      </w:r>
    </w:p>
    <w:p w14:paraId="30D88E71" w14:textId="77777777" w:rsidR="00497452" w:rsidRPr="003A74D0" w:rsidRDefault="00497452" w:rsidP="00497452">
      <w:pPr>
        <w:numPr>
          <w:ilvl w:val="0"/>
          <w:numId w:val="11"/>
        </w:numPr>
        <w:rPr>
          <w:rFonts w:ascii="Calibri" w:hAnsi="Calibri" w:cs="Calibri"/>
          <w:color w:val="7030A0"/>
          <w:sz w:val="24"/>
          <w:szCs w:val="24"/>
          <w:lang w:val="en-AU"/>
        </w:rPr>
      </w:pPr>
      <w:r w:rsidRPr="003A74D0">
        <w:rPr>
          <w:rFonts w:ascii="Calibri" w:hAnsi="Calibri" w:cs="Calibri"/>
          <w:b/>
          <w:bCs/>
          <w:color w:val="7030A0"/>
          <w:sz w:val="24"/>
          <w:szCs w:val="24"/>
          <w:lang w:val="en-AU"/>
        </w:rPr>
        <w:t>State Department of Health or Agriculture</w:t>
      </w:r>
      <w:r w:rsidRPr="003A74D0">
        <w:rPr>
          <w:rFonts w:ascii="Calibri" w:hAnsi="Calibri" w:cs="Calibri"/>
          <w:color w:val="7030A0"/>
          <w:sz w:val="24"/>
          <w:szCs w:val="24"/>
          <w:lang w:val="en-AU"/>
        </w:rPr>
        <w:t> annual hunger or nutrition reports.</w:t>
      </w:r>
    </w:p>
    <w:p w14:paraId="7EDD57C5" w14:textId="77777777" w:rsidR="00497452" w:rsidRPr="003A74D0" w:rsidRDefault="00497452" w:rsidP="00497452">
      <w:pPr>
        <w:numPr>
          <w:ilvl w:val="0"/>
          <w:numId w:val="11"/>
        </w:numPr>
        <w:rPr>
          <w:rFonts w:ascii="Calibri" w:hAnsi="Calibri" w:cs="Calibri"/>
          <w:color w:val="7030A0"/>
          <w:sz w:val="24"/>
          <w:szCs w:val="24"/>
          <w:lang w:val="en-AU"/>
        </w:rPr>
      </w:pPr>
      <w:r w:rsidRPr="003A74D0">
        <w:rPr>
          <w:rFonts w:ascii="Calibri" w:hAnsi="Calibri" w:cs="Calibri"/>
          <w:b/>
          <w:bCs/>
          <w:color w:val="7030A0"/>
          <w:sz w:val="24"/>
          <w:szCs w:val="24"/>
          <w:lang w:val="en-AU"/>
        </w:rPr>
        <w:t>Feeding America’s “Map the Meal Gap”</w:t>
      </w:r>
      <w:r w:rsidRPr="003A74D0">
        <w:rPr>
          <w:rFonts w:ascii="Calibri" w:hAnsi="Calibri" w:cs="Calibri"/>
          <w:color w:val="7030A0"/>
          <w:sz w:val="24"/>
          <w:szCs w:val="24"/>
          <w:lang w:val="en-AU"/>
        </w:rPr>
        <w:t> (provides county-level food insecurity rates).</w:t>
      </w:r>
    </w:p>
    <w:p w14:paraId="0C7D0ECA" w14:textId="77777777" w:rsidR="00497452" w:rsidRPr="003A74D0" w:rsidRDefault="00497452" w:rsidP="00497452">
      <w:pPr>
        <w:numPr>
          <w:ilvl w:val="0"/>
          <w:numId w:val="11"/>
        </w:numPr>
        <w:rPr>
          <w:rFonts w:ascii="Calibri" w:hAnsi="Calibri" w:cs="Calibri"/>
          <w:color w:val="7030A0"/>
          <w:sz w:val="24"/>
          <w:szCs w:val="24"/>
          <w:lang w:val="en-AU"/>
        </w:rPr>
      </w:pPr>
      <w:r w:rsidRPr="003A74D0">
        <w:rPr>
          <w:rFonts w:ascii="Calibri" w:hAnsi="Calibri" w:cs="Calibri"/>
          <w:b/>
          <w:bCs/>
          <w:color w:val="7030A0"/>
          <w:sz w:val="24"/>
          <w:szCs w:val="24"/>
          <w:lang w:val="en-AU"/>
        </w:rPr>
        <w:t>U.S. Census Bureau’s American Community Survey (ACS)</w:t>
      </w:r>
      <w:r w:rsidRPr="003A74D0">
        <w:rPr>
          <w:rFonts w:ascii="Calibri" w:hAnsi="Calibri" w:cs="Calibri"/>
          <w:color w:val="7030A0"/>
          <w:sz w:val="24"/>
          <w:szCs w:val="24"/>
          <w:lang w:val="en-AU"/>
        </w:rPr>
        <w:t> for poverty, median income, and housing cost data.</w:t>
      </w:r>
    </w:p>
    <w:p w14:paraId="34AD165A" w14:textId="77777777" w:rsidR="00497452" w:rsidRPr="003A74D0" w:rsidRDefault="00497452" w:rsidP="00497452">
      <w:pPr>
        <w:numPr>
          <w:ilvl w:val="0"/>
          <w:numId w:val="11"/>
        </w:numPr>
        <w:rPr>
          <w:rFonts w:ascii="Calibri" w:hAnsi="Calibri" w:cs="Calibri"/>
          <w:color w:val="7030A0"/>
          <w:sz w:val="24"/>
          <w:szCs w:val="24"/>
          <w:lang w:val="en-AU"/>
        </w:rPr>
      </w:pPr>
      <w:r w:rsidRPr="003A74D0">
        <w:rPr>
          <w:rFonts w:ascii="Calibri" w:hAnsi="Calibri" w:cs="Calibri"/>
          <w:b/>
          <w:bCs/>
          <w:color w:val="7030A0"/>
          <w:sz w:val="24"/>
          <w:szCs w:val="24"/>
          <w:lang w:val="en-AU"/>
        </w:rPr>
        <w:t>Local Living Wage Calculator (MIT)</w:t>
      </w:r>
      <w:r w:rsidRPr="003A74D0">
        <w:rPr>
          <w:rFonts w:ascii="Calibri" w:hAnsi="Calibri" w:cs="Calibri"/>
          <w:color w:val="7030A0"/>
          <w:sz w:val="24"/>
          <w:szCs w:val="24"/>
          <w:lang w:val="en-AU"/>
        </w:rPr>
        <w:t> to show the gap between income and cost of living.</w:t>
      </w:r>
    </w:p>
    <w:p w14:paraId="6F3F52A9" w14:textId="77777777" w:rsidR="00497452" w:rsidRPr="003A74D0" w:rsidRDefault="00497452" w:rsidP="00497452">
      <w:pPr>
        <w:rPr>
          <w:rFonts w:ascii="Calibri" w:hAnsi="Calibri" w:cs="Calibri"/>
          <w:color w:val="7030A0"/>
          <w:sz w:val="24"/>
          <w:szCs w:val="24"/>
          <w:lang w:val="en-AU"/>
        </w:rPr>
      </w:pPr>
      <w:r w:rsidRPr="003A74D0">
        <w:rPr>
          <w:rFonts w:ascii="Calibri" w:hAnsi="Calibri" w:cs="Calibri"/>
          <w:color w:val="7030A0"/>
          <w:sz w:val="24"/>
          <w:szCs w:val="24"/>
          <w:lang w:val="en-AU"/>
        </w:rPr>
        <w:t>Example format:</w:t>
      </w:r>
    </w:p>
    <w:p w14:paraId="6B5300AC" w14:textId="12A70A84" w:rsidR="00497452" w:rsidRPr="003A74D0" w:rsidRDefault="00497452" w:rsidP="00497452">
      <w:pPr>
        <w:rPr>
          <w:rFonts w:ascii="Calibri" w:hAnsi="Calibri" w:cs="Calibri"/>
          <w:color w:val="7030A0"/>
          <w:sz w:val="24"/>
          <w:szCs w:val="24"/>
          <w:lang w:val="en-AU"/>
        </w:rPr>
      </w:pPr>
      <w:r w:rsidRPr="003A74D0">
        <w:rPr>
          <w:rFonts w:ascii="Calibri" w:hAnsi="Calibri" w:cs="Calibri"/>
          <w:color w:val="7030A0"/>
          <w:sz w:val="24"/>
          <w:szCs w:val="24"/>
          <w:lang w:val="en-AU"/>
        </w:rPr>
        <w:t>In [State/County], an estimated </w:t>
      </w:r>
      <w:r w:rsidRPr="003A74D0">
        <w:rPr>
          <w:rFonts w:ascii="Calibri" w:hAnsi="Calibri" w:cs="Calibri"/>
          <w:b/>
          <w:bCs/>
          <w:color w:val="7030A0"/>
          <w:sz w:val="24"/>
          <w:szCs w:val="24"/>
          <w:lang w:val="en-AU"/>
        </w:rPr>
        <w:t>XX% of households</w:t>
      </w:r>
      <w:r w:rsidRPr="003A74D0">
        <w:rPr>
          <w:rFonts w:ascii="Calibri" w:hAnsi="Calibri" w:cs="Calibri"/>
          <w:color w:val="7030A0"/>
          <w:sz w:val="24"/>
          <w:szCs w:val="24"/>
          <w:lang w:val="en-AU"/>
        </w:rPr>
        <w:t>—or roughly </w:t>
      </w:r>
      <w:r w:rsidRPr="003A74D0">
        <w:rPr>
          <w:rFonts w:ascii="Calibri" w:hAnsi="Calibri" w:cs="Calibri"/>
          <w:b/>
          <w:bCs/>
          <w:color w:val="7030A0"/>
          <w:sz w:val="24"/>
          <w:szCs w:val="24"/>
          <w:lang w:val="en-AU"/>
        </w:rPr>
        <w:t>X in X residents</w:t>
      </w:r>
      <w:r w:rsidRPr="003A74D0">
        <w:rPr>
          <w:rFonts w:ascii="Calibri" w:hAnsi="Calibri" w:cs="Calibri"/>
          <w:color w:val="7030A0"/>
          <w:sz w:val="24"/>
          <w:szCs w:val="24"/>
          <w:lang w:val="en-AU"/>
        </w:rPr>
        <w:t>—experience food insecurity (</w:t>
      </w:r>
      <w:r w:rsidRPr="003A74D0">
        <w:rPr>
          <w:rFonts w:ascii="Calibri" w:hAnsi="Calibri" w:cs="Calibri"/>
          <w:b/>
          <w:bCs/>
          <w:color w:val="7030A0"/>
          <w:sz w:val="24"/>
          <w:szCs w:val="24"/>
          <w:lang w:val="en-AU"/>
        </w:rPr>
        <w:t>Feeding America, 2023</w:t>
      </w:r>
      <w:r w:rsidRPr="003A74D0">
        <w:rPr>
          <w:rFonts w:ascii="Calibri" w:hAnsi="Calibri" w:cs="Calibri"/>
          <w:color w:val="7030A0"/>
          <w:sz w:val="24"/>
          <w:szCs w:val="24"/>
          <w:lang w:val="en-AU"/>
        </w:rPr>
        <w:t>). The median household income is </w:t>
      </w:r>
      <w:r w:rsidRPr="003A74D0">
        <w:rPr>
          <w:rFonts w:ascii="Calibri" w:hAnsi="Calibri" w:cs="Calibri"/>
          <w:b/>
          <w:bCs/>
          <w:color w:val="7030A0"/>
          <w:sz w:val="24"/>
          <w:szCs w:val="24"/>
          <w:lang w:val="en-AU"/>
        </w:rPr>
        <w:t>$</w:t>
      </w:r>
      <w:proofErr w:type="gramStart"/>
      <w:r w:rsidRPr="003A74D0">
        <w:rPr>
          <w:rFonts w:ascii="Calibri" w:hAnsi="Calibri" w:cs="Calibri"/>
          <w:b/>
          <w:bCs/>
          <w:color w:val="7030A0"/>
          <w:sz w:val="24"/>
          <w:szCs w:val="24"/>
          <w:lang w:val="en-AU"/>
        </w:rPr>
        <w:t>XX,XXX</w:t>
      </w:r>
      <w:proofErr w:type="gramEnd"/>
      <w:r w:rsidRPr="003A74D0">
        <w:rPr>
          <w:rFonts w:ascii="Calibri" w:hAnsi="Calibri" w:cs="Calibri"/>
          <w:color w:val="7030A0"/>
          <w:sz w:val="24"/>
          <w:szCs w:val="24"/>
          <w:lang w:val="en-AU"/>
        </w:rPr>
        <w:t>, while the living wage for a family of four is </w:t>
      </w:r>
      <w:r w:rsidRPr="003A74D0">
        <w:rPr>
          <w:rFonts w:ascii="Calibri" w:hAnsi="Calibri" w:cs="Calibri"/>
          <w:b/>
          <w:bCs/>
          <w:color w:val="7030A0"/>
          <w:sz w:val="24"/>
          <w:szCs w:val="24"/>
          <w:lang w:val="en-AU"/>
        </w:rPr>
        <w:t>$</w:t>
      </w:r>
      <w:proofErr w:type="gramStart"/>
      <w:r w:rsidRPr="003A74D0">
        <w:rPr>
          <w:rFonts w:ascii="Calibri" w:hAnsi="Calibri" w:cs="Calibri"/>
          <w:b/>
          <w:bCs/>
          <w:color w:val="7030A0"/>
          <w:sz w:val="24"/>
          <w:szCs w:val="24"/>
          <w:lang w:val="en-AU"/>
        </w:rPr>
        <w:t>XX,XXX</w:t>
      </w:r>
      <w:proofErr w:type="gramEnd"/>
      <w:r w:rsidRPr="003A74D0">
        <w:rPr>
          <w:rFonts w:ascii="Calibri" w:hAnsi="Calibri" w:cs="Calibri"/>
          <w:color w:val="7030A0"/>
          <w:sz w:val="24"/>
          <w:szCs w:val="24"/>
          <w:lang w:val="en-AU"/>
        </w:rPr>
        <w:t> (</w:t>
      </w:r>
      <w:r w:rsidRPr="003A74D0">
        <w:rPr>
          <w:rFonts w:ascii="Calibri" w:hAnsi="Calibri" w:cs="Calibri"/>
          <w:b/>
          <w:bCs/>
          <w:color w:val="7030A0"/>
          <w:sz w:val="24"/>
          <w:szCs w:val="24"/>
          <w:lang w:val="en-AU"/>
        </w:rPr>
        <w:t>MIT Living Wage Calculator, 2024</w:t>
      </w:r>
      <w:r w:rsidRPr="003A74D0">
        <w:rPr>
          <w:rFonts w:ascii="Calibri" w:hAnsi="Calibri" w:cs="Calibri"/>
          <w:color w:val="7030A0"/>
          <w:sz w:val="24"/>
          <w:szCs w:val="24"/>
          <w:lang w:val="en-AU"/>
        </w:rPr>
        <w:t>). Nearly </w:t>
      </w:r>
      <w:r w:rsidRPr="003A74D0">
        <w:rPr>
          <w:rFonts w:ascii="Calibri" w:hAnsi="Calibri" w:cs="Calibri"/>
          <w:b/>
          <w:bCs/>
          <w:color w:val="7030A0"/>
          <w:sz w:val="24"/>
          <w:szCs w:val="24"/>
          <w:lang w:val="en-AU"/>
        </w:rPr>
        <w:t>X% of renters</w:t>
      </w:r>
      <w:r w:rsidRPr="003A74D0">
        <w:rPr>
          <w:rFonts w:ascii="Calibri" w:hAnsi="Calibri" w:cs="Calibri"/>
          <w:color w:val="7030A0"/>
          <w:sz w:val="24"/>
          <w:szCs w:val="24"/>
          <w:lang w:val="en-AU"/>
        </w:rPr>
        <w:t> in the county spend more than 30% of their income on housing costs, leaving limited resources for food and other essentials (</w:t>
      </w:r>
      <w:r w:rsidRPr="003A74D0">
        <w:rPr>
          <w:rFonts w:ascii="Calibri" w:hAnsi="Calibri" w:cs="Calibri"/>
          <w:b/>
          <w:bCs/>
          <w:color w:val="7030A0"/>
          <w:sz w:val="24"/>
          <w:szCs w:val="24"/>
          <w:lang w:val="en-AU"/>
        </w:rPr>
        <w:t>U.S. Census Bureau, 2023</w:t>
      </w:r>
      <w:r w:rsidRPr="003A74D0">
        <w:rPr>
          <w:rFonts w:ascii="Calibri" w:hAnsi="Calibri" w:cs="Calibri"/>
          <w:color w:val="7030A0"/>
          <w:sz w:val="24"/>
          <w:szCs w:val="24"/>
          <w:lang w:val="en-AU"/>
        </w:rPr>
        <w:t xml:space="preserve">). Local food banks report </w:t>
      </w:r>
      <w:r w:rsidRPr="003A74D0">
        <w:rPr>
          <w:rFonts w:ascii="Calibri" w:hAnsi="Calibri" w:cs="Calibri"/>
          <w:color w:val="7030A0"/>
          <w:sz w:val="24"/>
          <w:szCs w:val="24"/>
          <w:lang w:val="en-AU"/>
        </w:rPr>
        <w:lastRenderedPageBreak/>
        <w:t>a </w:t>
      </w:r>
      <w:r w:rsidRPr="003A74D0">
        <w:rPr>
          <w:rFonts w:ascii="Calibri" w:hAnsi="Calibri" w:cs="Calibri"/>
          <w:b/>
          <w:bCs/>
          <w:color w:val="7030A0"/>
          <w:sz w:val="24"/>
          <w:szCs w:val="24"/>
          <w:lang w:val="en-AU"/>
        </w:rPr>
        <w:t>X% increase in service requests</w:t>
      </w:r>
      <w:r w:rsidRPr="003A74D0">
        <w:rPr>
          <w:rFonts w:ascii="Calibri" w:hAnsi="Calibri" w:cs="Calibri"/>
          <w:color w:val="7030A0"/>
          <w:sz w:val="24"/>
          <w:szCs w:val="24"/>
          <w:lang w:val="en-AU"/>
        </w:rPr>
        <w:t> over the past year, particularly from working families and seniors on fixed incomes.</w:t>
      </w:r>
    </w:p>
    <w:p w14:paraId="5A122B5E" w14:textId="090CF6DE" w:rsidR="008A5B1E" w:rsidRPr="003A74D0" w:rsidRDefault="00497452">
      <w:pPr>
        <w:rPr>
          <w:rFonts w:ascii="Calibri" w:hAnsi="Calibri" w:cs="Calibri"/>
          <w:color w:val="7030A0"/>
          <w:sz w:val="24"/>
          <w:szCs w:val="24"/>
          <w:lang w:val="en-AU"/>
        </w:rPr>
      </w:pPr>
      <w:r w:rsidRPr="003A74D0">
        <w:rPr>
          <w:rFonts w:ascii="Calibri" w:hAnsi="Calibri" w:cs="Calibri"/>
          <w:color w:val="7030A0"/>
          <w:sz w:val="24"/>
          <w:szCs w:val="24"/>
          <w:lang w:val="en-AU"/>
        </w:rPr>
        <w:t>“Food insecurity has serious impacts on well-being, contributing to poor school attendance, lower workplace productivity, and negative health outcomes,” notes the </w:t>
      </w:r>
      <w:r w:rsidRPr="003A74D0">
        <w:rPr>
          <w:rFonts w:ascii="Calibri" w:hAnsi="Calibri" w:cs="Calibri"/>
          <w:b/>
          <w:bCs/>
          <w:color w:val="7030A0"/>
          <w:sz w:val="24"/>
          <w:szCs w:val="24"/>
          <w:lang w:val="en-AU"/>
        </w:rPr>
        <w:t>California Association of Food Banks (2022)</w:t>
      </w:r>
      <w:r w:rsidRPr="003A74D0">
        <w:rPr>
          <w:rFonts w:ascii="Calibri" w:hAnsi="Calibri" w:cs="Calibri"/>
          <w:color w:val="7030A0"/>
          <w:sz w:val="24"/>
          <w:szCs w:val="24"/>
          <w:lang w:val="en-AU"/>
        </w:rPr>
        <w:t>.</w:t>
      </w:r>
      <w:r w:rsidR="0040068F" w:rsidRPr="003A74D0">
        <w:rPr>
          <w:rFonts w:ascii="Calibri" w:hAnsi="Calibri" w:cs="Calibri"/>
          <w:color w:val="7030A0"/>
          <w:sz w:val="24"/>
          <w:szCs w:val="24"/>
          <w:lang w:val="en-AU"/>
        </w:rPr>
        <w:t>]</w:t>
      </w:r>
    </w:p>
    <w:p w14:paraId="3A6791A3" w14:textId="438F646D" w:rsidR="00C968D4" w:rsidRPr="003A74D0" w:rsidRDefault="00000000">
      <w:pPr>
        <w:rPr>
          <w:rFonts w:ascii="Calibri" w:hAnsi="Calibri" w:cs="Calibri"/>
          <w:sz w:val="24"/>
          <w:szCs w:val="24"/>
        </w:rPr>
      </w:pPr>
      <w:r w:rsidRPr="003A74D0">
        <w:rPr>
          <w:rFonts w:ascii="Calibri" w:hAnsi="Calibri" w:cs="Calibri"/>
          <w:sz w:val="24"/>
          <w:szCs w:val="24"/>
        </w:rPr>
        <w:t>Food lockers provide an innovative response—offering discreet, anytime access that reduces missed opportunities for assistance.</w:t>
      </w:r>
    </w:p>
    <w:p w14:paraId="324AF062" w14:textId="2951633D" w:rsidR="00C968D4" w:rsidRPr="003A74D0" w:rsidRDefault="00EB239F" w:rsidP="00972532">
      <w:pPr>
        <w:pStyle w:val="Heading2"/>
        <w:rPr>
          <w:rFonts w:ascii="Calibri" w:hAnsi="Calibri" w:cs="Calibri"/>
          <w:sz w:val="24"/>
          <w:szCs w:val="24"/>
        </w:rPr>
      </w:pPr>
      <w:r w:rsidRPr="003A74D0">
        <w:rPr>
          <w:rFonts w:ascii="Calibri" w:hAnsi="Calibri" w:cs="Calibri"/>
          <w:sz w:val="24"/>
          <w:szCs w:val="24"/>
        </w:rPr>
        <w:t>Solution</w:t>
      </w:r>
      <w:r w:rsidR="00380074" w:rsidRPr="003A74D0">
        <w:rPr>
          <w:rFonts w:ascii="Calibri" w:hAnsi="Calibri" w:cs="Calibri"/>
          <w:sz w:val="24"/>
          <w:szCs w:val="24"/>
        </w:rPr>
        <w:t xml:space="preserve"> / Project Description</w:t>
      </w:r>
    </w:p>
    <w:p w14:paraId="0E10B617" w14:textId="027C986D" w:rsidR="00EB239F" w:rsidRPr="003A74D0" w:rsidRDefault="00EB239F">
      <w:pPr>
        <w:rPr>
          <w:rFonts w:ascii="Calibri" w:hAnsi="Calibri" w:cs="Calibri"/>
          <w:sz w:val="24"/>
          <w:szCs w:val="24"/>
        </w:rPr>
      </w:pPr>
      <w:r w:rsidRPr="003A74D0">
        <w:rPr>
          <w:rFonts w:ascii="Calibri" w:hAnsi="Calibri" w:cs="Calibri"/>
          <w:sz w:val="24"/>
          <w:szCs w:val="24"/>
        </w:rPr>
        <w:t xml:space="preserve">The proposed solution is the Smart Food Locker Access Program—a flexible, technology-enabled model that extends the reach of traditional food pantries. Smart lockers allow individuals and families to collect food privately, safely, and at any time that fits their schedule. Each unit is climate-controlled to preserve food quality and can be installed </w:t>
      </w:r>
      <w:r w:rsidRPr="003A74D0">
        <w:rPr>
          <w:rFonts w:ascii="Calibri" w:hAnsi="Calibri" w:cs="Calibri"/>
          <w:b/>
          <w:bCs/>
          <w:sz w:val="24"/>
          <w:szCs w:val="24"/>
        </w:rPr>
        <w:t>[outside an existing food bank / at a partner site / within a community hub]</w:t>
      </w:r>
      <w:r w:rsidRPr="003A74D0">
        <w:rPr>
          <w:rFonts w:ascii="Calibri" w:hAnsi="Calibri" w:cs="Calibri"/>
          <w:sz w:val="24"/>
          <w:szCs w:val="24"/>
        </w:rPr>
        <w:t xml:space="preserve">. By integrating these lockers into the existing distribution network, </w:t>
      </w:r>
      <w:r w:rsidR="00552709" w:rsidRPr="003A74D0">
        <w:rPr>
          <w:rFonts w:ascii="Calibri" w:hAnsi="Calibri" w:cs="Calibri"/>
          <w:sz w:val="24"/>
          <w:szCs w:val="24"/>
        </w:rPr>
        <w:t xml:space="preserve">our </w:t>
      </w:r>
      <w:r w:rsidR="005C16E0" w:rsidRPr="003A74D0">
        <w:rPr>
          <w:rFonts w:ascii="Calibri" w:hAnsi="Calibri" w:cs="Calibri"/>
          <w:b/>
          <w:bCs/>
          <w:sz w:val="24"/>
          <w:szCs w:val="24"/>
        </w:rPr>
        <w:t>[Organization]</w:t>
      </w:r>
      <w:r w:rsidRPr="003A74D0">
        <w:rPr>
          <w:rFonts w:ascii="Calibri" w:hAnsi="Calibri" w:cs="Calibri"/>
          <w:sz w:val="24"/>
          <w:szCs w:val="24"/>
        </w:rPr>
        <w:t xml:space="preserve"> can transform limited-hour operations into a 24/7 community resource.</w:t>
      </w:r>
    </w:p>
    <w:p w14:paraId="38262FB0" w14:textId="77777777" w:rsidR="00C61F66" w:rsidRPr="003A74D0" w:rsidRDefault="00C61F66" w:rsidP="00C61F66">
      <w:pPr>
        <w:rPr>
          <w:rFonts w:ascii="Calibri" w:hAnsi="Calibri" w:cs="Calibri"/>
          <w:sz w:val="24"/>
          <w:szCs w:val="24"/>
          <w:lang w:val="en-AU"/>
        </w:rPr>
      </w:pPr>
      <w:r w:rsidRPr="003A74D0">
        <w:rPr>
          <w:rFonts w:ascii="Calibri" w:hAnsi="Calibri" w:cs="Calibri"/>
          <w:sz w:val="24"/>
          <w:szCs w:val="24"/>
          <w:lang w:val="en-AU"/>
        </w:rPr>
        <w:t xml:space="preserve">Implementation will occur in partnership with </w:t>
      </w:r>
      <w:r w:rsidRPr="003A74D0">
        <w:rPr>
          <w:rFonts w:ascii="Calibri" w:hAnsi="Calibri" w:cs="Calibri"/>
          <w:b/>
          <w:bCs/>
          <w:sz w:val="24"/>
          <w:szCs w:val="24"/>
          <w:lang w:val="en-AU"/>
        </w:rPr>
        <w:t>[partner organizations / municipalities / local agencies]</w:t>
      </w:r>
      <w:r w:rsidRPr="003A74D0">
        <w:rPr>
          <w:rFonts w:ascii="Calibri" w:hAnsi="Calibri" w:cs="Calibri"/>
          <w:sz w:val="24"/>
          <w:szCs w:val="24"/>
          <w:lang w:val="en-AU"/>
        </w:rPr>
        <w:t xml:space="preserve"> to ensure equitable access and local alignment. Each installation site will be selected based on community need, accessibility, and proximity to existing pantry operations. Data from </w:t>
      </w:r>
      <w:r w:rsidRPr="003A74D0">
        <w:rPr>
          <w:rFonts w:ascii="Calibri" w:hAnsi="Calibri" w:cs="Calibri"/>
          <w:b/>
          <w:bCs/>
          <w:sz w:val="24"/>
          <w:szCs w:val="24"/>
          <w:lang w:val="en-AU"/>
        </w:rPr>
        <w:t xml:space="preserve">[Feeding America / local food bank usage reports / community health assessments] </w:t>
      </w:r>
      <w:r w:rsidRPr="003A74D0">
        <w:rPr>
          <w:rFonts w:ascii="Calibri" w:hAnsi="Calibri" w:cs="Calibri"/>
          <w:sz w:val="24"/>
          <w:szCs w:val="24"/>
          <w:lang w:val="en-AU"/>
        </w:rPr>
        <w:t xml:space="preserve">will inform site selection, helping identify </w:t>
      </w:r>
      <w:proofErr w:type="spellStart"/>
      <w:r w:rsidRPr="003A74D0">
        <w:rPr>
          <w:rFonts w:ascii="Calibri" w:hAnsi="Calibri" w:cs="Calibri"/>
          <w:sz w:val="24"/>
          <w:szCs w:val="24"/>
          <w:lang w:val="en-AU"/>
        </w:rPr>
        <w:t>neighborhoods</w:t>
      </w:r>
      <w:proofErr w:type="spellEnd"/>
      <w:r w:rsidRPr="003A74D0">
        <w:rPr>
          <w:rFonts w:ascii="Calibri" w:hAnsi="Calibri" w:cs="Calibri"/>
          <w:sz w:val="24"/>
          <w:szCs w:val="24"/>
          <w:lang w:val="en-AU"/>
        </w:rPr>
        <w:t xml:space="preserve"> with high unmet demand. The lockers will be managed through a secure, cloud-based software platform that allows administrators to monitor temperature, track distribution, coordinate restocking, and collect anonymized data for reporting and continuous improvement.</w:t>
      </w:r>
    </w:p>
    <w:p w14:paraId="2C0056EE" w14:textId="77777777" w:rsidR="00C61F66" w:rsidRPr="003A74D0" w:rsidRDefault="00C61F66" w:rsidP="00C61F66">
      <w:pPr>
        <w:rPr>
          <w:rFonts w:ascii="Calibri" w:hAnsi="Calibri" w:cs="Calibri"/>
          <w:sz w:val="24"/>
          <w:szCs w:val="24"/>
          <w:lang w:val="en-AU"/>
        </w:rPr>
      </w:pPr>
      <w:r w:rsidRPr="003A74D0">
        <w:rPr>
          <w:rFonts w:ascii="Calibri" w:hAnsi="Calibri" w:cs="Calibri"/>
          <w:sz w:val="24"/>
          <w:szCs w:val="24"/>
          <w:lang w:val="en-AU"/>
        </w:rPr>
        <w:t>This program leverages technology to advance equity, dignity, and inclusion in food access. By removing barriers such as fixed operating hours, transportation challenges, and social stigma, the model ensures that families balancing work, childcare, or mobility limitations can still access nutritious food. The privacy and flexibility of smart lockers empower recipients to collect food at times that work for them, while also enabling food banks to reach households they have historically struggled to serve.</w:t>
      </w:r>
    </w:p>
    <w:p w14:paraId="2C57166F" w14:textId="0786E1E5" w:rsidR="00C61F66" w:rsidRPr="003A74D0" w:rsidRDefault="00C61F66">
      <w:pPr>
        <w:rPr>
          <w:rFonts w:ascii="Calibri" w:hAnsi="Calibri" w:cs="Calibri"/>
          <w:sz w:val="24"/>
          <w:szCs w:val="24"/>
          <w:lang w:val="en-AU"/>
        </w:rPr>
      </w:pPr>
      <w:r w:rsidRPr="003A74D0">
        <w:rPr>
          <w:rFonts w:ascii="Calibri" w:hAnsi="Calibri" w:cs="Calibri"/>
          <w:sz w:val="24"/>
          <w:szCs w:val="24"/>
          <w:lang w:val="en-AU"/>
        </w:rPr>
        <w:t>Together, these features position the Smart Food Locker Access Program as both an operational innovation and a social one—combining technology, empathy, and data-driven insight to build a more inclusive and resilient food assistance system.</w:t>
      </w:r>
    </w:p>
    <w:p w14:paraId="20E10045" w14:textId="0ED6870E" w:rsidR="00BC4298" w:rsidRPr="003A74D0" w:rsidRDefault="00BC4298" w:rsidP="00BC4298">
      <w:pPr>
        <w:pStyle w:val="Heading2"/>
        <w:rPr>
          <w:rFonts w:ascii="Calibri" w:hAnsi="Calibri" w:cs="Calibri"/>
          <w:sz w:val="24"/>
          <w:szCs w:val="24"/>
        </w:rPr>
      </w:pPr>
      <w:r w:rsidRPr="003A74D0">
        <w:rPr>
          <w:rFonts w:ascii="Calibri" w:hAnsi="Calibri" w:cs="Calibri"/>
          <w:sz w:val="24"/>
          <w:szCs w:val="24"/>
        </w:rPr>
        <w:lastRenderedPageBreak/>
        <w:t>Program Flexibility and Operating Models</w:t>
      </w:r>
    </w:p>
    <w:p w14:paraId="6F9790AE" w14:textId="77777777" w:rsidR="00BC4298" w:rsidRPr="003A74D0" w:rsidRDefault="00BC4298" w:rsidP="00BC4298">
      <w:pPr>
        <w:rPr>
          <w:rFonts w:ascii="Calibri" w:hAnsi="Calibri" w:cs="Calibri"/>
          <w:sz w:val="24"/>
          <w:szCs w:val="24"/>
          <w:lang w:val="en-AU"/>
        </w:rPr>
      </w:pPr>
      <w:r w:rsidRPr="003A74D0">
        <w:rPr>
          <w:rFonts w:ascii="Calibri" w:hAnsi="Calibri" w:cs="Calibri"/>
          <w:sz w:val="24"/>
          <w:szCs w:val="24"/>
          <w:lang w:val="en-AU"/>
        </w:rPr>
        <w:t xml:space="preserve">Recognizing that no two food programs operate in </w:t>
      </w:r>
      <w:proofErr w:type="gramStart"/>
      <w:r w:rsidRPr="003A74D0">
        <w:rPr>
          <w:rFonts w:ascii="Calibri" w:hAnsi="Calibri" w:cs="Calibri"/>
          <w:sz w:val="24"/>
          <w:szCs w:val="24"/>
          <w:lang w:val="en-AU"/>
        </w:rPr>
        <w:t>exactly the same</w:t>
      </w:r>
      <w:proofErr w:type="gramEnd"/>
      <w:r w:rsidRPr="003A74D0">
        <w:rPr>
          <w:rFonts w:ascii="Calibri" w:hAnsi="Calibri" w:cs="Calibri"/>
          <w:sz w:val="24"/>
          <w:szCs w:val="24"/>
          <w:lang w:val="en-AU"/>
        </w:rPr>
        <w:t xml:space="preserve"> way, the Smart Food Locker system will be configured to match the unique needs of each participating site. The technology supports multiple service modes that allow us to choose the most effective approach for each location and client group.</w:t>
      </w:r>
    </w:p>
    <w:p w14:paraId="249656AD" w14:textId="77777777" w:rsidR="00BC4298" w:rsidRPr="003A74D0" w:rsidRDefault="00BC4298" w:rsidP="00BC4298">
      <w:pPr>
        <w:rPr>
          <w:rFonts w:ascii="Calibri" w:hAnsi="Calibri" w:cs="Calibri"/>
          <w:sz w:val="24"/>
          <w:szCs w:val="24"/>
          <w:lang w:val="en-AU"/>
        </w:rPr>
      </w:pPr>
      <w:r w:rsidRPr="003A74D0">
        <w:rPr>
          <w:rFonts w:ascii="Calibri" w:hAnsi="Calibri" w:cs="Calibri"/>
          <w:sz w:val="24"/>
          <w:szCs w:val="24"/>
          <w:lang w:val="en-AU"/>
        </w:rPr>
        <w:t>For example, some sites may use a scheduled pickup model, where clients reserve food parcels in advance—ideal for choice-based or pre-packed boxes. Others may adopt a request-based system, allowing clients to submit food preferences online or through a mobile form before pickup. In areas where immediate assistance is critical, lockers can operate in an on-demand mode, stocked with ready-to-collect parcels for emergency or after-hours access.</w:t>
      </w:r>
    </w:p>
    <w:p w14:paraId="35FB95FA" w14:textId="7735991C" w:rsidR="00BC4298" w:rsidRPr="003A74D0" w:rsidRDefault="00BC4298" w:rsidP="00BC4298">
      <w:pPr>
        <w:rPr>
          <w:rFonts w:ascii="Calibri" w:hAnsi="Calibri" w:cs="Calibri"/>
          <w:sz w:val="24"/>
          <w:szCs w:val="24"/>
          <w:lang w:val="en-AU"/>
        </w:rPr>
      </w:pPr>
      <w:r w:rsidRPr="003A74D0">
        <w:rPr>
          <w:rFonts w:ascii="Calibri" w:hAnsi="Calibri" w:cs="Calibri"/>
          <w:sz w:val="24"/>
          <w:szCs w:val="24"/>
          <w:lang w:val="en-AU"/>
        </w:rPr>
        <w:t>This flexibility ensures that each food program—whether urban or rural, large or small—can tailor the system to fit its community, staffing, and volunteer resources. The system functions seamlessly with existing pantry management workflows and can operate as a standalone solution or integrate with other platforms through simple digital connections.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456"/>
      </w:tblGrid>
      <w:tr w:rsidR="00EB239F" w14:paraId="47C1C944" w14:textId="77777777" w:rsidTr="0068244B">
        <w:trPr>
          <w:trHeight w:val="3685"/>
        </w:trPr>
        <w:tc>
          <w:tcPr>
            <w:tcW w:w="4456" w:type="dxa"/>
          </w:tcPr>
          <w:p w14:paraId="637160ED" w14:textId="31C95279" w:rsidR="00EB239F" w:rsidRDefault="00EB239F" w:rsidP="00EB239F">
            <w:pPr>
              <w:jc w:val="center"/>
              <w:rPr>
                <w:rFonts w:ascii="Calibri" w:hAnsi="Calibri" w:cs="Calibri"/>
              </w:rPr>
            </w:pPr>
            <w:r>
              <w:rPr>
                <w:rFonts w:ascii="Calibri" w:hAnsi="Calibri" w:cs="Calibri"/>
                <w:noProof/>
              </w:rPr>
              <w:drawing>
                <wp:inline distT="0" distB="0" distL="0" distR="0" wp14:anchorId="136DBE88" wp14:editId="059F3EEF">
                  <wp:extent cx="2661599" cy="1996199"/>
                  <wp:effectExtent l="12700" t="12700" r="18415" b="10795"/>
                  <wp:docPr id="799695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9545" name="Picture 8"/>
                          <pic:cNvPicPr/>
                        </pic:nvPicPr>
                        <pic:blipFill>
                          <a:blip r:embed="rId11" cstate="email">
                            <a:extLst>
                              <a:ext uri="{28A0092B-C50C-407E-A947-70E740481C1C}">
                                <a14:useLocalDpi xmlns:a14="http://schemas.microsoft.com/office/drawing/2010/main"/>
                              </a:ext>
                            </a:extLst>
                          </a:blip>
                          <a:stretch>
                            <a:fillRect/>
                          </a:stretch>
                        </pic:blipFill>
                        <pic:spPr>
                          <a:xfrm>
                            <a:off x="0" y="0"/>
                            <a:ext cx="2687915" cy="2015936"/>
                          </a:xfrm>
                          <a:prstGeom prst="rect">
                            <a:avLst/>
                          </a:prstGeom>
                          <a:ln w="12700">
                            <a:solidFill>
                              <a:schemeClr val="tx1"/>
                            </a:solidFill>
                          </a:ln>
                        </pic:spPr>
                      </pic:pic>
                    </a:graphicData>
                  </a:graphic>
                </wp:inline>
              </w:drawing>
            </w:r>
          </w:p>
        </w:tc>
        <w:tc>
          <w:tcPr>
            <w:tcW w:w="4456" w:type="dxa"/>
          </w:tcPr>
          <w:p w14:paraId="0FA05CCF" w14:textId="08E40A7F" w:rsidR="00EB239F" w:rsidRDefault="00EB239F" w:rsidP="00EB239F">
            <w:pPr>
              <w:jc w:val="center"/>
              <w:rPr>
                <w:rFonts w:ascii="Calibri" w:hAnsi="Calibri" w:cs="Calibri"/>
              </w:rPr>
            </w:pPr>
            <w:r>
              <w:rPr>
                <w:rFonts w:ascii="Calibri" w:hAnsi="Calibri" w:cs="Calibri"/>
                <w:noProof/>
              </w:rPr>
              <w:drawing>
                <wp:inline distT="0" distB="0" distL="0" distR="0" wp14:anchorId="56E879B7" wp14:editId="3092AA62">
                  <wp:extent cx="2661072" cy="1995805"/>
                  <wp:effectExtent l="12700" t="12700" r="19050" b="10795"/>
                  <wp:docPr id="50765500" name="Picture 9" descr="A screen shot of a calcula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5500" name="Picture 9" descr="A screen shot of a calculator&#10;&#10;AI-generated content may be incorrect."/>
                          <pic:cNvPicPr/>
                        </pic:nvPicPr>
                        <pic:blipFill>
                          <a:blip r:embed="rId12" cstate="email">
                            <a:extLst>
                              <a:ext uri="{28A0092B-C50C-407E-A947-70E740481C1C}">
                                <a14:useLocalDpi xmlns:a14="http://schemas.microsoft.com/office/drawing/2010/main"/>
                              </a:ext>
                            </a:extLst>
                          </a:blip>
                          <a:stretch>
                            <a:fillRect/>
                          </a:stretch>
                        </pic:blipFill>
                        <pic:spPr>
                          <a:xfrm>
                            <a:off x="0" y="0"/>
                            <a:ext cx="2694835" cy="2021128"/>
                          </a:xfrm>
                          <a:prstGeom prst="rect">
                            <a:avLst/>
                          </a:prstGeom>
                          <a:ln w="12700">
                            <a:solidFill>
                              <a:schemeClr val="tx1"/>
                            </a:solidFill>
                          </a:ln>
                        </pic:spPr>
                      </pic:pic>
                    </a:graphicData>
                  </a:graphic>
                </wp:inline>
              </w:drawing>
            </w:r>
          </w:p>
        </w:tc>
      </w:tr>
      <w:tr w:rsidR="00EB239F" w14:paraId="044D6522" w14:textId="77777777" w:rsidTr="0068244B">
        <w:trPr>
          <w:trHeight w:val="3685"/>
        </w:trPr>
        <w:tc>
          <w:tcPr>
            <w:tcW w:w="4456" w:type="dxa"/>
          </w:tcPr>
          <w:p w14:paraId="7A59877E" w14:textId="2A7CDAFC" w:rsidR="00EB239F" w:rsidRDefault="00EB239F" w:rsidP="00EB239F">
            <w:pPr>
              <w:jc w:val="center"/>
              <w:rPr>
                <w:rFonts w:ascii="Calibri" w:hAnsi="Calibri" w:cs="Calibri"/>
                <w:noProof/>
              </w:rPr>
            </w:pPr>
            <w:r>
              <w:rPr>
                <w:rFonts w:ascii="Calibri" w:hAnsi="Calibri" w:cs="Calibri"/>
                <w:noProof/>
              </w:rPr>
              <w:drawing>
                <wp:inline distT="0" distB="0" distL="0" distR="0" wp14:anchorId="12E9BD1B" wp14:editId="01C2FDE3">
                  <wp:extent cx="2654299" cy="1990725"/>
                  <wp:effectExtent l="12700" t="12700" r="13335" b="15875"/>
                  <wp:docPr id="176744823"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4823" name="Picture 10" descr="A screenshot of a computer&#10;&#10;AI-generated content may be incorrect."/>
                          <pic:cNvPicPr/>
                        </pic:nvPicPr>
                        <pic:blipFill>
                          <a:blip r:embed="rId13" cstate="email">
                            <a:extLst>
                              <a:ext uri="{28A0092B-C50C-407E-A947-70E740481C1C}">
                                <a14:useLocalDpi xmlns:a14="http://schemas.microsoft.com/office/drawing/2010/main"/>
                              </a:ext>
                            </a:extLst>
                          </a:blip>
                          <a:stretch>
                            <a:fillRect/>
                          </a:stretch>
                        </pic:blipFill>
                        <pic:spPr>
                          <a:xfrm>
                            <a:off x="0" y="0"/>
                            <a:ext cx="2675602" cy="2006702"/>
                          </a:xfrm>
                          <a:prstGeom prst="rect">
                            <a:avLst/>
                          </a:prstGeom>
                          <a:ln w="12700">
                            <a:solidFill>
                              <a:schemeClr val="tx1"/>
                            </a:solidFill>
                          </a:ln>
                        </pic:spPr>
                      </pic:pic>
                    </a:graphicData>
                  </a:graphic>
                </wp:inline>
              </w:drawing>
            </w:r>
          </w:p>
        </w:tc>
        <w:tc>
          <w:tcPr>
            <w:tcW w:w="4456" w:type="dxa"/>
          </w:tcPr>
          <w:p w14:paraId="57AFF105" w14:textId="41876BBB" w:rsidR="00EB239F" w:rsidRDefault="00EB239F" w:rsidP="00EB239F">
            <w:pPr>
              <w:jc w:val="center"/>
              <w:rPr>
                <w:rFonts w:ascii="Calibri" w:hAnsi="Calibri" w:cs="Calibri"/>
              </w:rPr>
            </w:pPr>
            <w:r>
              <w:rPr>
                <w:rFonts w:ascii="Calibri" w:hAnsi="Calibri" w:cs="Calibri"/>
                <w:noProof/>
              </w:rPr>
              <w:drawing>
                <wp:inline distT="0" distB="0" distL="0" distR="0" wp14:anchorId="033CAC6B" wp14:editId="0F9928E8">
                  <wp:extent cx="2654299" cy="1990725"/>
                  <wp:effectExtent l="12700" t="12700" r="13335" b="15875"/>
                  <wp:docPr id="1081017230"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17230" name="Picture 11" descr="A screenshot of a computer&#10;&#10;AI-generated content may be incorrect."/>
                          <pic:cNvPicPr/>
                        </pic:nvPicPr>
                        <pic:blipFill>
                          <a:blip r:embed="rId14" cstate="email">
                            <a:extLst>
                              <a:ext uri="{28A0092B-C50C-407E-A947-70E740481C1C}">
                                <a14:useLocalDpi xmlns:a14="http://schemas.microsoft.com/office/drawing/2010/main"/>
                              </a:ext>
                            </a:extLst>
                          </a:blip>
                          <a:stretch>
                            <a:fillRect/>
                          </a:stretch>
                        </pic:blipFill>
                        <pic:spPr>
                          <a:xfrm>
                            <a:off x="0" y="0"/>
                            <a:ext cx="2683931" cy="2012949"/>
                          </a:xfrm>
                          <a:prstGeom prst="rect">
                            <a:avLst/>
                          </a:prstGeom>
                          <a:ln w="12700">
                            <a:solidFill>
                              <a:schemeClr val="tx1"/>
                            </a:solidFill>
                          </a:ln>
                        </pic:spPr>
                      </pic:pic>
                    </a:graphicData>
                  </a:graphic>
                </wp:inline>
              </w:drawing>
            </w:r>
          </w:p>
        </w:tc>
      </w:tr>
    </w:tbl>
    <w:p w14:paraId="69D43D39" w14:textId="5E3FC5B9" w:rsidR="00C968D4" w:rsidRPr="003A74D0" w:rsidRDefault="00080FF3" w:rsidP="003A74D0">
      <w:pPr>
        <w:pStyle w:val="Heading2"/>
      </w:pPr>
      <w:r>
        <w:br w:type="page"/>
      </w:r>
      <w:r w:rsidRPr="00972532">
        <w:lastRenderedPageBreak/>
        <w:t>Goals and Objectives</w:t>
      </w:r>
    </w:p>
    <w:p w14:paraId="0E3D95F1" w14:textId="61F4D594" w:rsidR="00C968D4" w:rsidRPr="00972532" w:rsidRDefault="00000000">
      <w:pPr>
        <w:rPr>
          <w:rFonts w:ascii="Calibri" w:hAnsi="Calibri" w:cs="Calibri"/>
        </w:rPr>
      </w:pPr>
      <w:r w:rsidRPr="00972532">
        <w:rPr>
          <w:rFonts w:ascii="Calibri" w:hAnsi="Calibri" w:cs="Calibri"/>
        </w:rPr>
        <w:t>Goal: To expand equitable access to nutritious food through innovative, technology-enabled distribution.</w:t>
      </w:r>
      <w:r w:rsidRPr="00972532">
        <w:rPr>
          <w:rFonts w:ascii="Calibri" w:hAnsi="Calibri" w:cs="Calibri"/>
        </w:rPr>
        <w:br/>
      </w:r>
      <w:r w:rsidRPr="00972532">
        <w:rPr>
          <w:rFonts w:ascii="Calibri" w:hAnsi="Calibri" w:cs="Calibri"/>
        </w:rPr>
        <w:br/>
        <w:t>Objectives:</w:t>
      </w:r>
      <w:r w:rsidRPr="00972532">
        <w:rPr>
          <w:rFonts w:ascii="Calibri" w:hAnsi="Calibri" w:cs="Calibri"/>
        </w:rPr>
        <w:br/>
        <w:t xml:space="preserve">1. Install </w:t>
      </w:r>
      <w:r w:rsidRPr="00EB239F">
        <w:rPr>
          <w:rFonts w:ascii="Calibri" w:hAnsi="Calibri" w:cs="Calibri"/>
          <w:b/>
          <w:bCs/>
        </w:rPr>
        <w:t>[number]</w:t>
      </w:r>
      <w:r w:rsidRPr="00972532">
        <w:rPr>
          <w:rFonts w:ascii="Calibri" w:hAnsi="Calibri" w:cs="Calibri"/>
        </w:rPr>
        <w:t xml:space="preserve"> smart food locker units across </w:t>
      </w:r>
      <w:r w:rsidRPr="00EB239F">
        <w:rPr>
          <w:rFonts w:ascii="Calibri" w:hAnsi="Calibri" w:cs="Calibri"/>
          <w:b/>
          <w:bCs/>
        </w:rPr>
        <w:t>[region] by [date]</w:t>
      </w:r>
      <w:r w:rsidRPr="00972532">
        <w:rPr>
          <w:rFonts w:ascii="Calibri" w:hAnsi="Calibri" w:cs="Calibri"/>
        </w:rPr>
        <w:t>.</w:t>
      </w:r>
      <w:r w:rsidRPr="00972532">
        <w:rPr>
          <w:rFonts w:ascii="Calibri" w:hAnsi="Calibri" w:cs="Calibri"/>
        </w:rPr>
        <w:br/>
        <w:t xml:space="preserve">2. Serve </w:t>
      </w:r>
      <w:r w:rsidRPr="00EB239F">
        <w:rPr>
          <w:rFonts w:ascii="Calibri" w:hAnsi="Calibri" w:cs="Calibri"/>
          <w:b/>
          <w:bCs/>
        </w:rPr>
        <w:t>[X]</w:t>
      </w:r>
      <w:r w:rsidRPr="00972532">
        <w:rPr>
          <w:rFonts w:ascii="Calibri" w:hAnsi="Calibri" w:cs="Calibri"/>
        </w:rPr>
        <w:t xml:space="preserve"> households monthly, providing </w:t>
      </w:r>
      <w:r w:rsidRPr="00EB239F">
        <w:rPr>
          <w:rFonts w:ascii="Calibri" w:hAnsi="Calibri" w:cs="Calibri"/>
          <w:b/>
          <w:bCs/>
        </w:rPr>
        <w:t xml:space="preserve">[Y] </w:t>
      </w:r>
      <w:r w:rsidRPr="00972532">
        <w:rPr>
          <w:rFonts w:ascii="Calibri" w:hAnsi="Calibri" w:cs="Calibri"/>
        </w:rPr>
        <w:t>food parcels.</w:t>
      </w:r>
      <w:r w:rsidRPr="00972532">
        <w:rPr>
          <w:rFonts w:ascii="Calibri" w:hAnsi="Calibri" w:cs="Calibri"/>
        </w:rPr>
        <w:br/>
        <w:t>3. Reduce missed pickups and stigma through 24/7 flexible access.</w:t>
      </w:r>
      <w:r w:rsidRPr="00972532">
        <w:rPr>
          <w:rFonts w:ascii="Calibri" w:hAnsi="Calibri" w:cs="Calibri"/>
        </w:rPr>
        <w:br/>
        <w:t>4. Collect and analyze usage data to optimize outreach and inform expansion.</w:t>
      </w:r>
      <w:r w:rsidRPr="00972532">
        <w:rPr>
          <w:rFonts w:ascii="Calibri" w:hAnsi="Calibri" w:cs="Calibri"/>
        </w:rPr>
        <w:br/>
      </w:r>
    </w:p>
    <w:p w14:paraId="54D292B1" w14:textId="77777777" w:rsidR="002D1697" w:rsidRDefault="002D1697">
      <w:pPr>
        <w:rPr>
          <w:rFonts w:ascii="Calibri" w:eastAsiaTheme="majorEastAsia" w:hAnsi="Calibri" w:cs="Calibri"/>
          <w:b/>
          <w:bCs/>
          <w:color w:val="0070C0"/>
          <w:sz w:val="26"/>
          <w:szCs w:val="26"/>
        </w:rPr>
      </w:pPr>
      <w:r>
        <w:rPr>
          <w:rFonts w:ascii="Calibri" w:hAnsi="Calibri" w:cs="Calibri"/>
        </w:rPr>
        <w:br w:type="page"/>
      </w:r>
    </w:p>
    <w:p w14:paraId="01EFD416" w14:textId="77777777" w:rsidR="002D1697" w:rsidRDefault="002D1697" w:rsidP="00972532">
      <w:pPr>
        <w:pStyle w:val="Heading2"/>
        <w:rPr>
          <w:rFonts w:ascii="Calibri" w:hAnsi="Calibri" w:cs="Calibri"/>
        </w:rPr>
        <w:sectPr w:rsidR="002D1697" w:rsidSect="0068244B">
          <w:footerReference w:type="even" r:id="rId15"/>
          <w:footerReference w:type="default" r:id="rId16"/>
          <w:pgSz w:w="12240" w:h="15840"/>
          <w:pgMar w:top="1440" w:right="1440" w:bottom="1440" w:left="1440" w:header="720" w:footer="720" w:gutter="0"/>
          <w:cols w:space="720"/>
          <w:titlePg/>
          <w:docGrid w:linePitch="360"/>
        </w:sectPr>
      </w:pPr>
    </w:p>
    <w:p w14:paraId="10ED5237" w14:textId="2A39146E" w:rsidR="002D1697" w:rsidRPr="00972532" w:rsidRDefault="00000000" w:rsidP="008A5B1E">
      <w:pPr>
        <w:pStyle w:val="Heading2"/>
        <w:rPr>
          <w:rFonts w:ascii="Calibri" w:hAnsi="Calibri" w:cs="Calibri"/>
        </w:rPr>
      </w:pPr>
      <w:r w:rsidRPr="00972532">
        <w:rPr>
          <w:rFonts w:ascii="Calibri" w:hAnsi="Calibri" w:cs="Calibri"/>
        </w:rPr>
        <w:lastRenderedPageBreak/>
        <w:t>Methodology and Timeline</w:t>
      </w:r>
      <w:r w:rsidRPr="00972532">
        <w:rPr>
          <w:rFonts w:ascii="Calibri" w:hAnsi="Calibri" w:cs="Calibri"/>
        </w:rPr>
        <w:br/>
      </w:r>
    </w:p>
    <w:tbl>
      <w:tblPr>
        <w:tblStyle w:val="PlainTable2"/>
        <w:tblW w:w="0" w:type="auto"/>
        <w:tblBorders>
          <w:top w:val="none" w:sz="0" w:space="0" w:color="auto"/>
          <w:bottom w:val="none" w:sz="0" w:space="0" w:color="auto"/>
          <w:insideH w:val="single" w:sz="4" w:space="0" w:color="BFBFBF" w:themeColor="background1" w:themeShade="BF"/>
        </w:tblBorders>
        <w:tblLook w:val="04A0" w:firstRow="1" w:lastRow="0" w:firstColumn="1" w:lastColumn="0" w:noHBand="0" w:noVBand="1"/>
      </w:tblPr>
      <w:tblGrid>
        <w:gridCol w:w="4644"/>
        <w:gridCol w:w="1413"/>
        <w:gridCol w:w="2559"/>
        <w:gridCol w:w="4344"/>
      </w:tblGrid>
      <w:tr w:rsidR="002D1697" w:rsidRPr="008A5B1E" w14:paraId="60089E0F" w14:textId="77777777" w:rsidTr="002D16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hideMark/>
          </w:tcPr>
          <w:p w14:paraId="7B77D022" w14:textId="77777777" w:rsidR="002D1697" w:rsidRPr="002D1697" w:rsidRDefault="002D1697" w:rsidP="002D1697">
            <w:pPr>
              <w:spacing w:line="360" w:lineRule="auto"/>
              <w:jc w:val="center"/>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Activity</w:t>
            </w:r>
          </w:p>
        </w:tc>
        <w:tc>
          <w:tcPr>
            <w:tcW w:w="1413" w:type="dxa"/>
            <w:hideMark/>
          </w:tcPr>
          <w:p w14:paraId="3E78A57B" w14:textId="77777777" w:rsidR="002D1697" w:rsidRPr="002D1697" w:rsidRDefault="002D1697" w:rsidP="002D1697">
            <w:pPr>
              <w:spacing w:line="36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Timeline</w:t>
            </w:r>
          </w:p>
        </w:tc>
        <w:tc>
          <w:tcPr>
            <w:tcW w:w="0" w:type="auto"/>
            <w:hideMark/>
          </w:tcPr>
          <w:p w14:paraId="35714690" w14:textId="77777777" w:rsidR="002D1697" w:rsidRPr="002D1697" w:rsidRDefault="002D1697" w:rsidP="002D1697">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Responsible Party</w:t>
            </w:r>
          </w:p>
        </w:tc>
        <w:tc>
          <w:tcPr>
            <w:tcW w:w="0" w:type="auto"/>
            <w:hideMark/>
          </w:tcPr>
          <w:p w14:paraId="55ACC4D9" w14:textId="77777777" w:rsidR="002D1697" w:rsidRPr="002D1697" w:rsidRDefault="002D1697" w:rsidP="002D1697">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Expected Deliverable / Milestone</w:t>
            </w:r>
          </w:p>
        </w:tc>
      </w:tr>
      <w:tr w:rsidR="002D1697" w:rsidRPr="008A5B1E" w14:paraId="6AA1C804" w14:textId="77777777" w:rsidTr="002D1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hideMark/>
          </w:tcPr>
          <w:p w14:paraId="45A48E80" w14:textId="77777777" w:rsidR="002D1697" w:rsidRPr="002D1697" w:rsidRDefault="002D1697" w:rsidP="002D1697">
            <w:pPr>
              <w:spacing w:line="360" w:lineRule="auto"/>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Secure funding commitments and confirm project partners</w:t>
            </w:r>
          </w:p>
        </w:tc>
        <w:tc>
          <w:tcPr>
            <w:tcW w:w="1413" w:type="dxa"/>
            <w:hideMark/>
          </w:tcPr>
          <w:p w14:paraId="54FB914D" w14:textId="77777777" w:rsidR="002D1697" w:rsidRPr="002D1697" w:rsidRDefault="002D1697" w:rsidP="002D1697">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Month 1</w:t>
            </w:r>
          </w:p>
        </w:tc>
        <w:tc>
          <w:tcPr>
            <w:tcW w:w="0" w:type="auto"/>
            <w:hideMark/>
          </w:tcPr>
          <w:p w14:paraId="520217C7" w14:textId="77777777" w:rsidR="002D1697" w:rsidRPr="002D1697" w:rsidRDefault="002D1697" w:rsidP="002D1697">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Project Lead / Grants Manager</w:t>
            </w:r>
          </w:p>
        </w:tc>
        <w:tc>
          <w:tcPr>
            <w:tcW w:w="0" w:type="auto"/>
            <w:hideMark/>
          </w:tcPr>
          <w:p w14:paraId="35572135" w14:textId="77777777" w:rsidR="002D1697" w:rsidRPr="002D1697" w:rsidRDefault="002D1697" w:rsidP="002D1697">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Signed MOUs, finalized project budget</w:t>
            </w:r>
          </w:p>
        </w:tc>
      </w:tr>
      <w:tr w:rsidR="008A5B1E" w:rsidRPr="002D1697" w14:paraId="33FD9051" w14:textId="77777777" w:rsidTr="002D1697">
        <w:tc>
          <w:tcPr>
            <w:cnfStyle w:val="001000000000" w:firstRow="0" w:lastRow="0" w:firstColumn="1" w:lastColumn="0" w:oddVBand="0" w:evenVBand="0" w:oddHBand="0" w:evenHBand="0" w:firstRowFirstColumn="0" w:firstRowLastColumn="0" w:lastRowFirstColumn="0" w:lastRowLastColumn="0"/>
            <w:tcW w:w="4644" w:type="dxa"/>
            <w:hideMark/>
          </w:tcPr>
          <w:p w14:paraId="5B833285" w14:textId="77777777" w:rsidR="002D1697" w:rsidRPr="002D1697" w:rsidRDefault="002D1697" w:rsidP="002D1697">
            <w:pPr>
              <w:spacing w:line="360" w:lineRule="auto"/>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Site selection, permitting, and stakeholder engagement</w:t>
            </w:r>
          </w:p>
        </w:tc>
        <w:tc>
          <w:tcPr>
            <w:tcW w:w="1413" w:type="dxa"/>
            <w:hideMark/>
          </w:tcPr>
          <w:p w14:paraId="5335F5D3" w14:textId="77777777" w:rsidR="002D1697" w:rsidRPr="002D1697" w:rsidRDefault="002D1697" w:rsidP="002D169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Month 2</w:t>
            </w:r>
          </w:p>
        </w:tc>
        <w:tc>
          <w:tcPr>
            <w:tcW w:w="0" w:type="auto"/>
            <w:hideMark/>
          </w:tcPr>
          <w:p w14:paraId="582493DD" w14:textId="77777777" w:rsidR="002D1697" w:rsidRPr="002D1697" w:rsidRDefault="002D1697" w:rsidP="002D169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Operations Manager</w:t>
            </w:r>
          </w:p>
        </w:tc>
        <w:tc>
          <w:tcPr>
            <w:tcW w:w="0" w:type="auto"/>
            <w:hideMark/>
          </w:tcPr>
          <w:p w14:paraId="0E497AED" w14:textId="77777777" w:rsidR="002D1697" w:rsidRPr="002D1697" w:rsidRDefault="002D1697" w:rsidP="002D169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Approved installation sites</w:t>
            </w:r>
          </w:p>
        </w:tc>
      </w:tr>
      <w:tr w:rsidR="002D1697" w:rsidRPr="008A5B1E" w14:paraId="78F9CBAC" w14:textId="77777777" w:rsidTr="002D1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hideMark/>
          </w:tcPr>
          <w:p w14:paraId="21965270" w14:textId="77777777" w:rsidR="002D1697" w:rsidRPr="002D1697" w:rsidRDefault="002D1697" w:rsidP="002D1697">
            <w:pPr>
              <w:spacing w:line="360" w:lineRule="auto"/>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Locker procurement, customization, and shipping</w:t>
            </w:r>
          </w:p>
        </w:tc>
        <w:tc>
          <w:tcPr>
            <w:tcW w:w="1413" w:type="dxa"/>
            <w:hideMark/>
          </w:tcPr>
          <w:p w14:paraId="1EE55274" w14:textId="334168DC" w:rsidR="002D1697" w:rsidRPr="002D1697" w:rsidRDefault="002D1697" w:rsidP="002D1697">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Month 3–</w:t>
            </w:r>
            <w:r w:rsidR="00C61F66">
              <w:rPr>
                <w:rFonts w:asciiTheme="majorHAnsi" w:eastAsia="Times New Roman" w:hAnsiTheme="majorHAnsi" w:cstheme="majorHAnsi"/>
                <w:color w:val="000000"/>
                <w:sz w:val="21"/>
                <w:szCs w:val="21"/>
                <w:lang w:val="en-AU" w:eastAsia="en-GB"/>
              </w:rPr>
              <w:t>8</w:t>
            </w:r>
          </w:p>
        </w:tc>
        <w:tc>
          <w:tcPr>
            <w:tcW w:w="0" w:type="auto"/>
            <w:hideMark/>
          </w:tcPr>
          <w:p w14:paraId="5E98F5B8" w14:textId="77777777" w:rsidR="002D1697" w:rsidRPr="002D1697" w:rsidRDefault="002D1697" w:rsidP="002D1697">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Vendor / Logistics Team</w:t>
            </w:r>
          </w:p>
        </w:tc>
        <w:tc>
          <w:tcPr>
            <w:tcW w:w="0" w:type="auto"/>
            <w:hideMark/>
          </w:tcPr>
          <w:p w14:paraId="2D177BEC" w14:textId="77777777" w:rsidR="002D1697" w:rsidRPr="002D1697" w:rsidRDefault="002D1697" w:rsidP="002D1697">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Delivery of locker units to site</w:t>
            </w:r>
          </w:p>
        </w:tc>
      </w:tr>
      <w:tr w:rsidR="008A5B1E" w:rsidRPr="002D1697" w14:paraId="68D8DBE2" w14:textId="77777777" w:rsidTr="002D1697">
        <w:tc>
          <w:tcPr>
            <w:cnfStyle w:val="001000000000" w:firstRow="0" w:lastRow="0" w:firstColumn="1" w:lastColumn="0" w:oddVBand="0" w:evenVBand="0" w:oddHBand="0" w:evenHBand="0" w:firstRowFirstColumn="0" w:firstRowLastColumn="0" w:lastRowFirstColumn="0" w:lastRowLastColumn="0"/>
            <w:tcW w:w="4644" w:type="dxa"/>
            <w:hideMark/>
          </w:tcPr>
          <w:p w14:paraId="22077581" w14:textId="77777777" w:rsidR="002D1697" w:rsidRPr="002D1697" w:rsidRDefault="002D1697" w:rsidP="002D1697">
            <w:pPr>
              <w:spacing w:line="360" w:lineRule="auto"/>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Software setup and integration with Food Bank database</w:t>
            </w:r>
          </w:p>
        </w:tc>
        <w:tc>
          <w:tcPr>
            <w:tcW w:w="1413" w:type="dxa"/>
            <w:hideMark/>
          </w:tcPr>
          <w:p w14:paraId="13339E9F" w14:textId="42719E33" w:rsidR="002D1697" w:rsidRPr="002D1697" w:rsidRDefault="002D1697" w:rsidP="002D169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 xml:space="preserve">Month </w:t>
            </w:r>
            <w:r w:rsidR="00C61F66">
              <w:rPr>
                <w:rFonts w:asciiTheme="majorHAnsi" w:eastAsia="Times New Roman" w:hAnsiTheme="majorHAnsi" w:cstheme="majorHAnsi"/>
                <w:color w:val="000000"/>
                <w:sz w:val="21"/>
                <w:szCs w:val="21"/>
                <w:lang w:val="en-AU" w:eastAsia="en-GB"/>
              </w:rPr>
              <w:t>5-8</w:t>
            </w:r>
          </w:p>
        </w:tc>
        <w:tc>
          <w:tcPr>
            <w:tcW w:w="0" w:type="auto"/>
            <w:hideMark/>
          </w:tcPr>
          <w:p w14:paraId="3E58FB8D" w14:textId="77777777" w:rsidR="002D1697" w:rsidRPr="002D1697" w:rsidRDefault="002D1697" w:rsidP="002D169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Technical Integration Team</w:t>
            </w:r>
          </w:p>
        </w:tc>
        <w:tc>
          <w:tcPr>
            <w:tcW w:w="0" w:type="auto"/>
            <w:hideMark/>
          </w:tcPr>
          <w:p w14:paraId="76B71621" w14:textId="77777777" w:rsidR="002D1697" w:rsidRPr="002D1697" w:rsidRDefault="002D1697" w:rsidP="002D169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Live cloud dashboard and user management system</w:t>
            </w:r>
          </w:p>
        </w:tc>
      </w:tr>
      <w:tr w:rsidR="002D1697" w:rsidRPr="008A5B1E" w14:paraId="4CA37AB9" w14:textId="77777777" w:rsidTr="002D1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hideMark/>
          </w:tcPr>
          <w:p w14:paraId="62785C85" w14:textId="77777777" w:rsidR="002D1697" w:rsidRPr="002D1697" w:rsidRDefault="002D1697" w:rsidP="002D1697">
            <w:pPr>
              <w:spacing w:line="360" w:lineRule="auto"/>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Food sourcing agreements and workflow planning</w:t>
            </w:r>
          </w:p>
        </w:tc>
        <w:tc>
          <w:tcPr>
            <w:tcW w:w="1413" w:type="dxa"/>
            <w:hideMark/>
          </w:tcPr>
          <w:p w14:paraId="3E8237FA" w14:textId="77777777" w:rsidR="002D1697" w:rsidRPr="002D1697" w:rsidRDefault="002D1697" w:rsidP="002D1697">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Month 3–5</w:t>
            </w:r>
          </w:p>
        </w:tc>
        <w:tc>
          <w:tcPr>
            <w:tcW w:w="0" w:type="auto"/>
            <w:hideMark/>
          </w:tcPr>
          <w:p w14:paraId="24AA4D9C" w14:textId="77777777" w:rsidR="002D1697" w:rsidRPr="002D1697" w:rsidRDefault="002D1697" w:rsidP="002D1697">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Program Coordinator</w:t>
            </w:r>
          </w:p>
        </w:tc>
        <w:tc>
          <w:tcPr>
            <w:tcW w:w="0" w:type="auto"/>
            <w:hideMark/>
          </w:tcPr>
          <w:p w14:paraId="347020B4" w14:textId="77777777" w:rsidR="002D1697" w:rsidRPr="002D1697" w:rsidRDefault="002D1697" w:rsidP="002D1697">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Signed food supply and volunteer agreements</w:t>
            </w:r>
          </w:p>
        </w:tc>
      </w:tr>
      <w:tr w:rsidR="008A5B1E" w:rsidRPr="002D1697" w14:paraId="6E591944" w14:textId="77777777" w:rsidTr="002D1697">
        <w:tc>
          <w:tcPr>
            <w:cnfStyle w:val="001000000000" w:firstRow="0" w:lastRow="0" w:firstColumn="1" w:lastColumn="0" w:oddVBand="0" w:evenVBand="0" w:oddHBand="0" w:evenHBand="0" w:firstRowFirstColumn="0" w:firstRowLastColumn="0" w:lastRowFirstColumn="0" w:lastRowLastColumn="0"/>
            <w:tcW w:w="4644" w:type="dxa"/>
            <w:hideMark/>
          </w:tcPr>
          <w:p w14:paraId="36A7E32C" w14:textId="77777777" w:rsidR="002D1697" w:rsidRPr="002D1697" w:rsidRDefault="002D1697" w:rsidP="002D1697">
            <w:pPr>
              <w:spacing w:line="360" w:lineRule="auto"/>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Install lockers and perform operational testing</w:t>
            </w:r>
          </w:p>
        </w:tc>
        <w:tc>
          <w:tcPr>
            <w:tcW w:w="1413" w:type="dxa"/>
            <w:hideMark/>
          </w:tcPr>
          <w:p w14:paraId="61C2F243" w14:textId="6C384F04" w:rsidR="002D1697" w:rsidRPr="002D1697" w:rsidRDefault="002D1697" w:rsidP="002D169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 xml:space="preserve">Month </w:t>
            </w:r>
            <w:r w:rsidR="00C61F66">
              <w:rPr>
                <w:rFonts w:asciiTheme="majorHAnsi" w:eastAsia="Times New Roman" w:hAnsiTheme="majorHAnsi" w:cstheme="majorHAnsi"/>
                <w:color w:val="000000"/>
                <w:sz w:val="21"/>
                <w:szCs w:val="21"/>
                <w:lang w:val="en-AU" w:eastAsia="en-GB"/>
              </w:rPr>
              <w:t>8</w:t>
            </w:r>
          </w:p>
        </w:tc>
        <w:tc>
          <w:tcPr>
            <w:tcW w:w="0" w:type="auto"/>
            <w:hideMark/>
          </w:tcPr>
          <w:p w14:paraId="0ED4E808" w14:textId="77777777" w:rsidR="002D1697" w:rsidRPr="002D1697" w:rsidRDefault="002D1697" w:rsidP="002D169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Installation Partner / Site Lead</w:t>
            </w:r>
          </w:p>
        </w:tc>
        <w:tc>
          <w:tcPr>
            <w:tcW w:w="0" w:type="auto"/>
            <w:hideMark/>
          </w:tcPr>
          <w:p w14:paraId="18D63FC5" w14:textId="77777777" w:rsidR="002D1697" w:rsidRPr="002D1697" w:rsidRDefault="002D1697" w:rsidP="002D169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Lockers installed and commissioned</w:t>
            </w:r>
          </w:p>
        </w:tc>
      </w:tr>
      <w:tr w:rsidR="002D1697" w:rsidRPr="008A5B1E" w14:paraId="4BBAED9D" w14:textId="77777777" w:rsidTr="002D1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hideMark/>
          </w:tcPr>
          <w:p w14:paraId="6B2B4873" w14:textId="77777777" w:rsidR="002D1697" w:rsidRPr="002D1697" w:rsidRDefault="002D1697" w:rsidP="002D1697">
            <w:pPr>
              <w:spacing w:line="360" w:lineRule="auto"/>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Launch pilot operations and distribute access codes</w:t>
            </w:r>
          </w:p>
        </w:tc>
        <w:tc>
          <w:tcPr>
            <w:tcW w:w="1413" w:type="dxa"/>
            <w:hideMark/>
          </w:tcPr>
          <w:p w14:paraId="768762A1" w14:textId="6B9E2582" w:rsidR="002D1697" w:rsidRPr="002D1697" w:rsidRDefault="002D1697" w:rsidP="002D1697">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 xml:space="preserve">Month </w:t>
            </w:r>
            <w:r w:rsidR="00C61F66">
              <w:rPr>
                <w:rFonts w:asciiTheme="majorHAnsi" w:eastAsia="Times New Roman" w:hAnsiTheme="majorHAnsi" w:cstheme="majorHAnsi"/>
                <w:color w:val="000000"/>
                <w:sz w:val="21"/>
                <w:szCs w:val="21"/>
                <w:lang w:val="en-AU" w:eastAsia="en-GB"/>
              </w:rPr>
              <w:t>9</w:t>
            </w:r>
          </w:p>
        </w:tc>
        <w:tc>
          <w:tcPr>
            <w:tcW w:w="0" w:type="auto"/>
            <w:hideMark/>
          </w:tcPr>
          <w:p w14:paraId="42DFA842" w14:textId="77777777" w:rsidR="002D1697" w:rsidRPr="002D1697" w:rsidRDefault="002D1697" w:rsidP="002D1697">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Distribution Team</w:t>
            </w:r>
          </w:p>
        </w:tc>
        <w:tc>
          <w:tcPr>
            <w:tcW w:w="0" w:type="auto"/>
            <w:hideMark/>
          </w:tcPr>
          <w:p w14:paraId="1946C9DD" w14:textId="77777777" w:rsidR="002D1697" w:rsidRPr="002D1697" w:rsidRDefault="002D1697" w:rsidP="002D1697">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Pilot launch event, first 100 users onboarded</w:t>
            </w:r>
          </w:p>
        </w:tc>
      </w:tr>
      <w:tr w:rsidR="008A5B1E" w:rsidRPr="002D1697" w14:paraId="6C6BB1FE" w14:textId="77777777" w:rsidTr="002D1697">
        <w:tc>
          <w:tcPr>
            <w:cnfStyle w:val="001000000000" w:firstRow="0" w:lastRow="0" w:firstColumn="1" w:lastColumn="0" w:oddVBand="0" w:evenVBand="0" w:oddHBand="0" w:evenHBand="0" w:firstRowFirstColumn="0" w:firstRowLastColumn="0" w:lastRowFirstColumn="0" w:lastRowLastColumn="0"/>
            <w:tcW w:w="4644" w:type="dxa"/>
            <w:hideMark/>
          </w:tcPr>
          <w:p w14:paraId="5D3A8111" w14:textId="77777777" w:rsidR="002D1697" w:rsidRPr="002D1697" w:rsidRDefault="002D1697" w:rsidP="002D1697">
            <w:pPr>
              <w:spacing w:line="360" w:lineRule="auto"/>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Collect user feedback and program data</w:t>
            </w:r>
          </w:p>
        </w:tc>
        <w:tc>
          <w:tcPr>
            <w:tcW w:w="1413" w:type="dxa"/>
            <w:hideMark/>
          </w:tcPr>
          <w:p w14:paraId="28764BA2" w14:textId="7C45B9A3" w:rsidR="002D1697" w:rsidRPr="002D1697" w:rsidRDefault="002D1697" w:rsidP="002D169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 xml:space="preserve">Month </w:t>
            </w:r>
            <w:r w:rsidR="00C61F66">
              <w:rPr>
                <w:rFonts w:asciiTheme="majorHAnsi" w:eastAsia="Times New Roman" w:hAnsiTheme="majorHAnsi" w:cstheme="majorHAnsi"/>
                <w:color w:val="000000"/>
                <w:sz w:val="21"/>
                <w:szCs w:val="21"/>
                <w:lang w:val="en-AU" w:eastAsia="en-GB"/>
              </w:rPr>
              <w:t>9</w:t>
            </w:r>
            <w:r w:rsidRPr="002D1697">
              <w:rPr>
                <w:rFonts w:asciiTheme="majorHAnsi" w:eastAsia="Times New Roman" w:hAnsiTheme="majorHAnsi" w:cstheme="majorHAnsi"/>
                <w:color w:val="000000"/>
                <w:sz w:val="21"/>
                <w:szCs w:val="21"/>
                <w:lang w:val="en-AU" w:eastAsia="en-GB"/>
              </w:rPr>
              <w:t>–</w:t>
            </w:r>
            <w:r w:rsidR="00C61F66">
              <w:rPr>
                <w:rFonts w:asciiTheme="majorHAnsi" w:eastAsia="Times New Roman" w:hAnsiTheme="majorHAnsi" w:cstheme="majorHAnsi"/>
                <w:color w:val="000000"/>
                <w:sz w:val="21"/>
                <w:szCs w:val="21"/>
                <w:lang w:val="en-AU" w:eastAsia="en-GB"/>
              </w:rPr>
              <w:t>15</w:t>
            </w:r>
          </w:p>
        </w:tc>
        <w:tc>
          <w:tcPr>
            <w:tcW w:w="0" w:type="auto"/>
            <w:hideMark/>
          </w:tcPr>
          <w:p w14:paraId="5D405340" w14:textId="77777777" w:rsidR="002D1697" w:rsidRPr="002D1697" w:rsidRDefault="002D1697" w:rsidP="002D169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Monitoring &amp; Evaluation Lead</w:t>
            </w:r>
          </w:p>
        </w:tc>
        <w:tc>
          <w:tcPr>
            <w:tcW w:w="0" w:type="auto"/>
            <w:hideMark/>
          </w:tcPr>
          <w:p w14:paraId="07C6B072" w14:textId="77777777" w:rsidR="002D1697" w:rsidRPr="002D1697" w:rsidRDefault="002D1697" w:rsidP="002D169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Monthly progress reports</w:t>
            </w:r>
          </w:p>
        </w:tc>
      </w:tr>
      <w:tr w:rsidR="002D1697" w:rsidRPr="008A5B1E" w14:paraId="515BEE95" w14:textId="77777777" w:rsidTr="002D1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hideMark/>
          </w:tcPr>
          <w:p w14:paraId="7A986065" w14:textId="77777777" w:rsidR="002D1697" w:rsidRPr="002D1697" w:rsidRDefault="002D1697" w:rsidP="002D1697">
            <w:pPr>
              <w:spacing w:line="360" w:lineRule="auto"/>
              <w:rPr>
                <w:rFonts w:asciiTheme="majorHAnsi" w:eastAsia="Times New Roman" w:hAnsiTheme="majorHAnsi" w:cstheme="majorHAnsi"/>
                <w:color w:val="000000"/>
                <w:sz w:val="21"/>
                <w:szCs w:val="21"/>
                <w:lang w:val="en-AU" w:eastAsia="en-GB"/>
              </w:rPr>
            </w:pPr>
            <w:proofErr w:type="spellStart"/>
            <w:r w:rsidRPr="002D1697">
              <w:rPr>
                <w:rFonts w:asciiTheme="majorHAnsi" w:eastAsia="Times New Roman" w:hAnsiTheme="majorHAnsi" w:cstheme="majorHAnsi"/>
                <w:color w:val="000000"/>
                <w:sz w:val="21"/>
                <w:szCs w:val="21"/>
                <w:lang w:val="en-AU" w:eastAsia="en-GB"/>
              </w:rPr>
              <w:t>Analyze</w:t>
            </w:r>
            <w:proofErr w:type="spellEnd"/>
            <w:r w:rsidRPr="002D1697">
              <w:rPr>
                <w:rFonts w:asciiTheme="majorHAnsi" w:eastAsia="Times New Roman" w:hAnsiTheme="majorHAnsi" w:cstheme="majorHAnsi"/>
                <w:color w:val="000000"/>
                <w:sz w:val="21"/>
                <w:szCs w:val="21"/>
                <w:lang w:val="en-AU" w:eastAsia="en-GB"/>
              </w:rPr>
              <w:t xml:space="preserve"> data and develop scalability report</w:t>
            </w:r>
          </w:p>
        </w:tc>
        <w:tc>
          <w:tcPr>
            <w:tcW w:w="1413" w:type="dxa"/>
            <w:hideMark/>
          </w:tcPr>
          <w:p w14:paraId="42B6FDF3" w14:textId="6BAA0653" w:rsidR="002D1697" w:rsidRPr="002D1697" w:rsidRDefault="002D1697" w:rsidP="002D1697">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Month 1</w:t>
            </w:r>
            <w:r w:rsidR="00C61F66">
              <w:rPr>
                <w:rFonts w:asciiTheme="majorHAnsi" w:eastAsia="Times New Roman" w:hAnsiTheme="majorHAnsi" w:cstheme="majorHAnsi"/>
                <w:color w:val="000000"/>
                <w:sz w:val="21"/>
                <w:szCs w:val="21"/>
                <w:lang w:val="en-AU" w:eastAsia="en-GB"/>
              </w:rPr>
              <w:t>5</w:t>
            </w:r>
          </w:p>
        </w:tc>
        <w:tc>
          <w:tcPr>
            <w:tcW w:w="0" w:type="auto"/>
            <w:hideMark/>
          </w:tcPr>
          <w:p w14:paraId="0139257A" w14:textId="77777777" w:rsidR="002D1697" w:rsidRPr="002D1697" w:rsidRDefault="002D1697" w:rsidP="002D1697">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Project Manager</w:t>
            </w:r>
          </w:p>
        </w:tc>
        <w:tc>
          <w:tcPr>
            <w:tcW w:w="0" w:type="auto"/>
            <w:hideMark/>
          </w:tcPr>
          <w:p w14:paraId="085F76C4" w14:textId="77777777" w:rsidR="002D1697" w:rsidRPr="002D1697" w:rsidRDefault="002D1697" w:rsidP="002D1697">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Evaluation report and recommendations for expansion</w:t>
            </w:r>
          </w:p>
        </w:tc>
      </w:tr>
    </w:tbl>
    <w:p w14:paraId="5FBD761E" w14:textId="3C01EC24" w:rsidR="00C968D4" w:rsidRPr="00972532" w:rsidRDefault="00000000" w:rsidP="002D1697">
      <w:pPr>
        <w:pStyle w:val="Heading2"/>
      </w:pPr>
      <w:r w:rsidRPr="00972532">
        <w:lastRenderedPageBreak/>
        <w:br/>
        <w:t>Budget and Funding Request</w:t>
      </w:r>
    </w:p>
    <w:p w14:paraId="4803DD63" w14:textId="77777777" w:rsidR="002D1697" w:rsidRPr="002D1697" w:rsidRDefault="00000000" w:rsidP="002D1697">
      <w:pPr>
        <w:spacing w:after="0" w:line="240" w:lineRule="auto"/>
        <w:jc w:val="center"/>
        <w:rPr>
          <w:rFonts w:asciiTheme="majorHAnsi" w:eastAsia="Times New Roman" w:hAnsiTheme="majorHAnsi" w:cstheme="majorHAnsi"/>
          <w:b/>
          <w:bCs/>
          <w:color w:val="000000"/>
          <w:lang w:val="en-AU" w:eastAsia="en-GB"/>
        </w:rPr>
      </w:pPr>
      <w:r w:rsidRPr="00972532">
        <w:rPr>
          <w:rFonts w:ascii="Calibri" w:hAnsi="Calibri" w:cs="Calibri"/>
        </w:rPr>
        <w:br/>
      </w:r>
    </w:p>
    <w:tbl>
      <w:tblPr>
        <w:tblStyle w:val="PlainTable2"/>
        <w:tblW w:w="0" w:type="auto"/>
        <w:tblBorders>
          <w:insideH w:val="single" w:sz="4" w:space="0" w:color="D9D9D9" w:themeColor="background1" w:themeShade="D9"/>
        </w:tblBorders>
        <w:tblLook w:val="04A0" w:firstRow="1" w:lastRow="0" w:firstColumn="1" w:lastColumn="0" w:noHBand="0" w:noVBand="1"/>
      </w:tblPr>
      <w:tblGrid>
        <w:gridCol w:w="3261"/>
        <w:gridCol w:w="2486"/>
        <w:gridCol w:w="7213"/>
      </w:tblGrid>
      <w:tr w:rsidR="002D1697" w:rsidRPr="008A5B1E" w14:paraId="7B9C6E88" w14:textId="77777777" w:rsidTr="002D16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hideMark/>
          </w:tcPr>
          <w:p w14:paraId="57510145" w14:textId="77777777" w:rsidR="002D1697" w:rsidRPr="002D1697" w:rsidRDefault="002D1697" w:rsidP="002D1697">
            <w:pPr>
              <w:spacing w:line="360" w:lineRule="auto"/>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Expense Category</w:t>
            </w:r>
          </w:p>
        </w:tc>
        <w:tc>
          <w:tcPr>
            <w:tcW w:w="2486" w:type="dxa"/>
            <w:tcBorders>
              <w:bottom w:val="none" w:sz="0" w:space="0" w:color="auto"/>
            </w:tcBorders>
            <w:hideMark/>
          </w:tcPr>
          <w:p w14:paraId="59AA99E5" w14:textId="77777777" w:rsidR="002D1697" w:rsidRPr="002D1697" w:rsidRDefault="002D1697" w:rsidP="002D1697">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Amount (USD)</w:t>
            </w:r>
          </w:p>
        </w:tc>
        <w:tc>
          <w:tcPr>
            <w:tcW w:w="7213" w:type="dxa"/>
            <w:tcBorders>
              <w:bottom w:val="none" w:sz="0" w:space="0" w:color="auto"/>
            </w:tcBorders>
            <w:hideMark/>
          </w:tcPr>
          <w:p w14:paraId="00DEBA44" w14:textId="77777777" w:rsidR="002D1697" w:rsidRPr="002D1697" w:rsidRDefault="002D1697" w:rsidP="002D1697">
            <w:pPr>
              <w:spacing w:line="36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Description / Justification</w:t>
            </w:r>
          </w:p>
        </w:tc>
      </w:tr>
      <w:tr w:rsidR="002D1697" w:rsidRPr="008A5B1E" w14:paraId="5DA32FC7" w14:textId="77777777" w:rsidTr="002D1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hideMark/>
          </w:tcPr>
          <w:p w14:paraId="3B496193" w14:textId="74DCADA5" w:rsidR="002D1697" w:rsidRPr="002D1697" w:rsidRDefault="002D1697" w:rsidP="002D1697">
            <w:pPr>
              <w:spacing w:line="360" w:lineRule="auto"/>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Food Locker Hardware</w:t>
            </w:r>
          </w:p>
        </w:tc>
        <w:tc>
          <w:tcPr>
            <w:tcW w:w="2486" w:type="dxa"/>
            <w:tcBorders>
              <w:top w:val="none" w:sz="0" w:space="0" w:color="auto"/>
              <w:bottom w:val="none" w:sz="0" w:space="0" w:color="auto"/>
            </w:tcBorders>
            <w:hideMark/>
          </w:tcPr>
          <w:p w14:paraId="093127B0" w14:textId="77777777" w:rsidR="002D1697" w:rsidRPr="002D1697" w:rsidRDefault="002D1697" w:rsidP="002D169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w:t>
            </w:r>
            <w:proofErr w:type="gramStart"/>
            <w:r w:rsidRPr="002D1697">
              <w:rPr>
                <w:rFonts w:asciiTheme="majorHAnsi" w:eastAsia="Times New Roman" w:hAnsiTheme="majorHAnsi" w:cstheme="majorHAnsi"/>
                <w:color w:val="000000"/>
                <w:sz w:val="21"/>
                <w:szCs w:val="21"/>
                <w:lang w:val="en-AU" w:eastAsia="en-GB"/>
              </w:rPr>
              <w:t>XX,XXX</w:t>
            </w:r>
            <w:proofErr w:type="gramEnd"/>
          </w:p>
        </w:tc>
        <w:tc>
          <w:tcPr>
            <w:tcW w:w="7213" w:type="dxa"/>
            <w:tcBorders>
              <w:top w:val="none" w:sz="0" w:space="0" w:color="auto"/>
              <w:bottom w:val="none" w:sz="0" w:space="0" w:color="auto"/>
            </w:tcBorders>
            <w:hideMark/>
          </w:tcPr>
          <w:p w14:paraId="3DCC31E7" w14:textId="77777777" w:rsidR="002D1697" w:rsidRPr="002D1697" w:rsidRDefault="002D1697" w:rsidP="002D1697">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Procurement, shipping, and installation of climate-controlled lockers (ambient/chilled/frozen)</w:t>
            </w:r>
          </w:p>
        </w:tc>
      </w:tr>
      <w:tr w:rsidR="002D1697" w:rsidRPr="008A5B1E" w14:paraId="2C9DEFC3" w14:textId="77777777" w:rsidTr="002D1697">
        <w:tc>
          <w:tcPr>
            <w:cnfStyle w:val="001000000000" w:firstRow="0" w:lastRow="0" w:firstColumn="1" w:lastColumn="0" w:oddVBand="0" w:evenVBand="0" w:oddHBand="0" w:evenHBand="0" w:firstRowFirstColumn="0" w:firstRowLastColumn="0" w:lastRowFirstColumn="0" w:lastRowLastColumn="0"/>
            <w:tcW w:w="0" w:type="auto"/>
            <w:hideMark/>
          </w:tcPr>
          <w:p w14:paraId="586CBC5C" w14:textId="77777777" w:rsidR="002D1697" w:rsidRPr="002D1697" w:rsidRDefault="002D1697" w:rsidP="002D1697">
            <w:pPr>
              <w:spacing w:line="360" w:lineRule="auto"/>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Software &amp; IT Integration</w:t>
            </w:r>
          </w:p>
        </w:tc>
        <w:tc>
          <w:tcPr>
            <w:tcW w:w="2486" w:type="dxa"/>
            <w:hideMark/>
          </w:tcPr>
          <w:p w14:paraId="5E82F1CF" w14:textId="77777777" w:rsidR="002D1697" w:rsidRPr="002D1697" w:rsidRDefault="002D1697" w:rsidP="002D169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w:t>
            </w:r>
            <w:proofErr w:type="gramStart"/>
            <w:r w:rsidRPr="002D1697">
              <w:rPr>
                <w:rFonts w:asciiTheme="majorHAnsi" w:eastAsia="Times New Roman" w:hAnsiTheme="majorHAnsi" w:cstheme="majorHAnsi"/>
                <w:color w:val="000000"/>
                <w:sz w:val="21"/>
                <w:szCs w:val="21"/>
                <w:lang w:val="en-AU" w:eastAsia="en-GB"/>
              </w:rPr>
              <w:t>X,XXX</w:t>
            </w:r>
            <w:proofErr w:type="gramEnd"/>
          </w:p>
        </w:tc>
        <w:tc>
          <w:tcPr>
            <w:tcW w:w="7213" w:type="dxa"/>
            <w:hideMark/>
          </w:tcPr>
          <w:p w14:paraId="60836A9D" w14:textId="77777777" w:rsidR="002D1697" w:rsidRPr="002D1697" w:rsidRDefault="002D1697" w:rsidP="002D169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Smart locker management system, reporting dashboard, and technical support</w:t>
            </w:r>
          </w:p>
        </w:tc>
      </w:tr>
      <w:tr w:rsidR="002D1697" w:rsidRPr="008A5B1E" w14:paraId="53935B0A" w14:textId="77777777" w:rsidTr="002D1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hideMark/>
          </w:tcPr>
          <w:p w14:paraId="4203E6CE" w14:textId="77777777" w:rsidR="002D1697" w:rsidRPr="002D1697" w:rsidRDefault="002D1697" w:rsidP="002D1697">
            <w:pPr>
              <w:spacing w:line="360" w:lineRule="auto"/>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Food Sourcing &amp; Logistics</w:t>
            </w:r>
          </w:p>
        </w:tc>
        <w:tc>
          <w:tcPr>
            <w:tcW w:w="2486" w:type="dxa"/>
            <w:tcBorders>
              <w:top w:val="none" w:sz="0" w:space="0" w:color="auto"/>
              <w:bottom w:val="none" w:sz="0" w:space="0" w:color="auto"/>
            </w:tcBorders>
            <w:hideMark/>
          </w:tcPr>
          <w:p w14:paraId="2ABA33F2" w14:textId="77777777" w:rsidR="002D1697" w:rsidRPr="002D1697" w:rsidRDefault="002D1697" w:rsidP="002D169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w:t>
            </w:r>
            <w:proofErr w:type="gramStart"/>
            <w:r w:rsidRPr="002D1697">
              <w:rPr>
                <w:rFonts w:asciiTheme="majorHAnsi" w:eastAsia="Times New Roman" w:hAnsiTheme="majorHAnsi" w:cstheme="majorHAnsi"/>
                <w:color w:val="000000"/>
                <w:sz w:val="21"/>
                <w:szCs w:val="21"/>
                <w:lang w:val="en-AU" w:eastAsia="en-GB"/>
              </w:rPr>
              <w:t>X,XXX</w:t>
            </w:r>
            <w:proofErr w:type="gramEnd"/>
          </w:p>
        </w:tc>
        <w:tc>
          <w:tcPr>
            <w:tcW w:w="7213" w:type="dxa"/>
            <w:tcBorders>
              <w:top w:val="none" w:sz="0" w:space="0" w:color="auto"/>
              <w:bottom w:val="none" w:sz="0" w:space="0" w:color="auto"/>
            </w:tcBorders>
            <w:hideMark/>
          </w:tcPr>
          <w:p w14:paraId="44678CDA" w14:textId="77777777" w:rsidR="002D1697" w:rsidRPr="002D1697" w:rsidRDefault="002D1697" w:rsidP="002D1697">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Transportation, cold-chain supplies, packaging materials, and food handling equipment</w:t>
            </w:r>
          </w:p>
        </w:tc>
      </w:tr>
      <w:tr w:rsidR="002D1697" w:rsidRPr="008A5B1E" w14:paraId="130DD887" w14:textId="77777777" w:rsidTr="002D1697">
        <w:tc>
          <w:tcPr>
            <w:cnfStyle w:val="001000000000" w:firstRow="0" w:lastRow="0" w:firstColumn="1" w:lastColumn="0" w:oddVBand="0" w:evenVBand="0" w:oddHBand="0" w:evenHBand="0" w:firstRowFirstColumn="0" w:firstRowLastColumn="0" w:lastRowFirstColumn="0" w:lastRowLastColumn="0"/>
            <w:tcW w:w="0" w:type="auto"/>
            <w:hideMark/>
          </w:tcPr>
          <w:p w14:paraId="57187249" w14:textId="77777777" w:rsidR="002D1697" w:rsidRPr="002D1697" w:rsidRDefault="002D1697" w:rsidP="002D1697">
            <w:pPr>
              <w:spacing w:line="360" w:lineRule="auto"/>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Staffing &amp; Volunteer Coordination</w:t>
            </w:r>
          </w:p>
        </w:tc>
        <w:tc>
          <w:tcPr>
            <w:tcW w:w="2486" w:type="dxa"/>
            <w:hideMark/>
          </w:tcPr>
          <w:p w14:paraId="5FE54AB0" w14:textId="77777777" w:rsidR="002D1697" w:rsidRPr="002D1697" w:rsidRDefault="002D1697" w:rsidP="002D169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w:t>
            </w:r>
            <w:proofErr w:type="gramStart"/>
            <w:r w:rsidRPr="002D1697">
              <w:rPr>
                <w:rFonts w:asciiTheme="majorHAnsi" w:eastAsia="Times New Roman" w:hAnsiTheme="majorHAnsi" w:cstheme="majorHAnsi"/>
                <w:color w:val="000000"/>
                <w:sz w:val="21"/>
                <w:szCs w:val="21"/>
                <w:lang w:val="en-AU" w:eastAsia="en-GB"/>
              </w:rPr>
              <w:t>X,XXX</w:t>
            </w:r>
            <w:proofErr w:type="gramEnd"/>
          </w:p>
        </w:tc>
        <w:tc>
          <w:tcPr>
            <w:tcW w:w="7213" w:type="dxa"/>
            <w:hideMark/>
          </w:tcPr>
          <w:p w14:paraId="7A6F188D" w14:textId="77777777" w:rsidR="002D1697" w:rsidRPr="002D1697" w:rsidRDefault="002D1697" w:rsidP="002D169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Program coordinator, part-time staff, volunteer training, and scheduling</w:t>
            </w:r>
          </w:p>
        </w:tc>
      </w:tr>
      <w:tr w:rsidR="002D1697" w:rsidRPr="008A5B1E" w14:paraId="10FFE377" w14:textId="77777777" w:rsidTr="002D1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hideMark/>
          </w:tcPr>
          <w:p w14:paraId="15387DE6" w14:textId="77777777" w:rsidR="002D1697" w:rsidRPr="002D1697" w:rsidRDefault="002D1697" w:rsidP="002D1697">
            <w:pPr>
              <w:spacing w:line="360" w:lineRule="auto"/>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Site Preparation &amp; Permitting</w:t>
            </w:r>
          </w:p>
        </w:tc>
        <w:tc>
          <w:tcPr>
            <w:tcW w:w="2486" w:type="dxa"/>
            <w:tcBorders>
              <w:top w:val="none" w:sz="0" w:space="0" w:color="auto"/>
              <w:bottom w:val="none" w:sz="0" w:space="0" w:color="auto"/>
            </w:tcBorders>
            <w:hideMark/>
          </w:tcPr>
          <w:p w14:paraId="3342A5A4" w14:textId="77777777" w:rsidR="002D1697" w:rsidRPr="002D1697" w:rsidRDefault="002D1697" w:rsidP="002D169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w:t>
            </w:r>
            <w:proofErr w:type="gramStart"/>
            <w:r w:rsidRPr="002D1697">
              <w:rPr>
                <w:rFonts w:asciiTheme="majorHAnsi" w:eastAsia="Times New Roman" w:hAnsiTheme="majorHAnsi" w:cstheme="majorHAnsi"/>
                <w:color w:val="000000"/>
                <w:sz w:val="21"/>
                <w:szCs w:val="21"/>
                <w:lang w:val="en-AU" w:eastAsia="en-GB"/>
              </w:rPr>
              <w:t>X,XXX</w:t>
            </w:r>
            <w:proofErr w:type="gramEnd"/>
          </w:p>
        </w:tc>
        <w:tc>
          <w:tcPr>
            <w:tcW w:w="7213" w:type="dxa"/>
            <w:tcBorders>
              <w:top w:val="none" w:sz="0" w:space="0" w:color="auto"/>
              <w:bottom w:val="none" w:sz="0" w:space="0" w:color="auto"/>
            </w:tcBorders>
            <w:hideMark/>
          </w:tcPr>
          <w:p w14:paraId="1ED94A30" w14:textId="77777777" w:rsidR="002D1697" w:rsidRPr="002D1697" w:rsidRDefault="002D1697" w:rsidP="002D1697">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Site electrical setup, signage, and local permitting fees</w:t>
            </w:r>
          </w:p>
        </w:tc>
      </w:tr>
      <w:tr w:rsidR="002D1697" w:rsidRPr="008A5B1E" w14:paraId="09CE6154" w14:textId="77777777" w:rsidTr="002D1697">
        <w:tc>
          <w:tcPr>
            <w:cnfStyle w:val="001000000000" w:firstRow="0" w:lastRow="0" w:firstColumn="1" w:lastColumn="0" w:oddVBand="0" w:evenVBand="0" w:oddHBand="0" w:evenHBand="0" w:firstRowFirstColumn="0" w:firstRowLastColumn="0" w:lastRowFirstColumn="0" w:lastRowLastColumn="0"/>
            <w:tcW w:w="0" w:type="auto"/>
            <w:hideMark/>
          </w:tcPr>
          <w:p w14:paraId="43C5FF68" w14:textId="77777777" w:rsidR="002D1697" w:rsidRPr="002D1697" w:rsidRDefault="002D1697" w:rsidP="002D1697">
            <w:pPr>
              <w:spacing w:line="360" w:lineRule="auto"/>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Monitoring &amp; Evaluation</w:t>
            </w:r>
          </w:p>
        </w:tc>
        <w:tc>
          <w:tcPr>
            <w:tcW w:w="2486" w:type="dxa"/>
            <w:hideMark/>
          </w:tcPr>
          <w:p w14:paraId="1DE414F2" w14:textId="77777777" w:rsidR="002D1697" w:rsidRPr="002D1697" w:rsidRDefault="002D1697" w:rsidP="002D169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w:t>
            </w:r>
            <w:proofErr w:type="gramStart"/>
            <w:r w:rsidRPr="002D1697">
              <w:rPr>
                <w:rFonts w:asciiTheme="majorHAnsi" w:eastAsia="Times New Roman" w:hAnsiTheme="majorHAnsi" w:cstheme="majorHAnsi"/>
                <w:color w:val="000000"/>
                <w:sz w:val="21"/>
                <w:szCs w:val="21"/>
                <w:lang w:val="en-AU" w:eastAsia="en-GB"/>
              </w:rPr>
              <w:t>X,XXX</w:t>
            </w:r>
            <w:proofErr w:type="gramEnd"/>
          </w:p>
        </w:tc>
        <w:tc>
          <w:tcPr>
            <w:tcW w:w="7213" w:type="dxa"/>
            <w:hideMark/>
          </w:tcPr>
          <w:p w14:paraId="52044B6C" w14:textId="77777777" w:rsidR="002D1697" w:rsidRPr="002D1697" w:rsidRDefault="002D1697" w:rsidP="002D169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Data collection, participant surveys, and outcome reporting</w:t>
            </w:r>
          </w:p>
        </w:tc>
      </w:tr>
      <w:tr w:rsidR="002D1697" w:rsidRPr="008A5B1E" w14:paraId="2E584E90" w14:textId="77777777" w:rsidTr="002D1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hideMark/>
          </w:tcPr>
          <w:p w14:paraId="4D7886FE" w14:textId="77777777" w:rsidR="002D1697" w:rsidRPr="002D1697" w:rsidRDefault="002D1697" w:rsidP="002D1697">
            <w:pPr>
              <w:spacing w:line="360" w:lineRule="auto"/>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Community Outreach &amp; Awareness</w:t>
            </w:r>
          </w:p>
        </w:tc>
        <w:tc>
          <w:tcPr>
            <w:tcW w:w="2486" w:type="dxa"/>
            <w:tcBorders>
              <w:top w:val="none" w:sz="0" w:space="0" w:color="auto"/>
              <w:bottom w:val="none" w:sz="0" w:space="0" w:color="auto"/>
            </w:tcBorders>
            <w:hideMark/>
          </w:tcPr>
          <w:p w14:paraId="23DF8FF3" w14:textId="77777777" w:rsidR="002D1697" w:rsidRPr="002D1697" w:rsidRDefault="002D1697" w:rsidP="002D169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w:t>
            </w:r>
            <w:proofErr w:type="gramStart"/>
            <w:r w:rsidRPr="002D1697">
              <w:rPr>
                <w:rFonts w:asciiTheme="majorHAnsi" w:eastAsia="Times New Roman" w:hAnsiTheme="majorHAnsi" w:cstheme="majorHAnsi"/>
                <w:color w:val="000000"/>
                <w:sz w:val="21"/>
                <w:szCs w:val="21"/>
                <w:lang w:val="en-AU" w:eastAsia="en-GB"/>
              </w:rPr>
              <w:t>X,XXX</w:t>
            </w:r>
            <w:proofErr w:type="gramEnd"/>
          </w:p>
        </w:tc>
        <w:tc>
          <w:tcPr>
            <w:tcW w:w="7213" w:type="dxa"/>
            <w:tcBorders>
              <w:top w:val="none" w:sz="0" w:space="0" w:color="auto"/>
              <w:bottom w:val="none" w:sz="0" w:space="0" w:color="auto"/>
            </w:tcBorders>
            <w:hideMark/>
          </w:tcPr>
          <w:p w14:paraId="52A2104D" w14:textId="77777777" w:rsidR="002D1697" w:rsidRPr="002D1697" w:rsidRDefault="002D1697" w:rsidP="002D1697">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Local marketing, community events, and partner engagement</w:t>
            </w:r>
          </w:p>
        </w:tc>
      </w:tr>
      <w:tr w:rsidR="002D1697" w:rsidRPr="008A5B1E" w14:paraId="137BA23F" w14:textId="77777777" w:rsidTr="002D1697">
        <w:tc>
          <w:tcPr>
            <w:cnfStyle w:val="001000000000" w:firstRow="0" w:lastRow="0" w:firstColumn="1" w:lastColumn="0" w:oddVBand="0" w:evenVBand="0" w:oddHBand="0" w:evenHBand="0" w:firstRowFirstColumn="0" w:firstRowLastColumn="0" w:lastRowFirstColumn="0" w:lastRowLastColumn="0"/>
            <w:tcW w:w="0" w:type="auto"/>
            <w:hideMark/>
          </w:tcPr>
          <w:p w14:paraId="0CCAB612" w14:textId="77777777" w:rsidR="002D1697" w:rsidRPr="002D1697" w:rsidRDefault="002D1697" w:rsidP="002D1697">
            <w:pPr>
              <w:spacing w:line="360" w:lineRule="auto"/>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Contingency (5%)</w:t>
            </w:r>
          </w:p>
        </w:tc>
        <w:tc>
          <w:tcPr>
            <w:tcW w:w="2486" w:type="dxa"/>
            <w:hideMark/>
          </w:tcPr>
          <w:p w14:paraId="57B77627" w14:textId="77777777" w:rsidR="002D1697" w:rsidRPr="002D1697" w:rsidRDefault="002D1697" w:rsidP="002D169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w:t>
            </w:r>
            <w:proofErr w:type="gramStart"/>
            <w:r w:rsidRPr="002D1697">
              <w:rPr>
                <w:rFonts w:asciiTheme="majorHAnsi" w:eastAsia="Times New Roman" w:hAnsiTheme="majorHAnsi" w:cstheme="majorHAnsi"/>
                <w:color w:val="000000"/>
                <w:sz w:val="21"/>
                <w:szCs w:val="21"/>
                <w:lang w:val="en-AU" w:eastAsia="en-GB"/>
              </w:rPr>
              <w:t>X,XXX</w:t>
            </w:r>
            <w:proofErr w:type="gramEnd"/>
          </w:p>
        </w:tc>
        <w:tc>
          <w:tcPr>
            <w:tcW w:w="7213" w:type="dxa"/>
            <w:hideMark/>
          </w:tcPr>
          <w:p w14:paraId="343C970D" w14:textId="77777777" w:rsidR="002D1697" w:rsidRPr="002D1697" w:rsidRDefault="002D1697" w:rsidP="002D169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Buffer for unforeseen costs or inflation adjustments</w:t>
            </w:r>
          </w:p>
        </w:tc>
      </w:tr>
      <w:tr w:rsidR="002D1697" w:rsidRPr="008A5B1E" w14:paraId="2C175010" w14:textId="77777777" w:rsidTr="002D1697">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hideMark/>
          </w:tcPr>
          <w:p w14:paraId="090BFA2C" w14:textId="77777777" w:rsidR="002D1697" w:rsidRPr="002D1697" w:rsidRDefault="002D1697" w:rsidP="002D1697">
            <w:pPr>
              <w:spacing w:line="360" w:lineRule="auto"/>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color w:val="000000"/>
                <w:sz w:val="21"/>
                <w:szCs w:val="21"/>
                <w:lang w:val="en-AU" w:eastAsia="en-GB"/>
              </w:rPr>
              <w:t>Total Funding Requested</w:t>
            </w:r>
          </w:p>
        </w:tc>
        <w:tc>
          <w:tcPr>
            <w:tcW w:w="2486" w:type="dxa"/>
            <w:tcBorders>
              <w:top w:val="none" w:sz="0" w:space="0" w:color="auto"/>
              <w:bottom w:val="none" w:sz="0" w:space="0" w:color="auto"/>
            </w:tcBorders>
            <w:hideMark/>
          </w:tcPr>
          <w:p w14:paraId="2B890EB3" w14:textId="77777777" w:rsidR="002D1697" w:rsidRPr="002D1697" w:rsidRDefault="002D1697" w:rsidP="002D169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r w:rsidRPr="002D1697">
              <w:rPr>
                <w:rFonts w:asciiTheme="majorHAnsi" w:eastAsia="Times New Roman" w:hAnsiTheme="majorHAnsi" w:cstheme="majorHAnsi"/>
                <w:b/>
                <w:bCs/>
                <w:color w:val="000000"/>
                <w:sz w:val="21"/>
                <w:szCs w:val="21"/>
                <w:lang w:val="en-AU" w:eastAsia="en-GB"/>
              </w:rPr>
              <w:t>$</w:t>
            </w:r>
            <w:proofErr w:type="gramStart"/>
            <w:r w:rsidRPr="002D1697">
              <w:rPr>
                <w:rFonts w:asciiTheme="majorHAnsi" w:eastAsia="Times New Roman" w:hAnsiTheme="majorHAnsi" w:cstheme="majorHAnsi"/>
                <w:b/>
                <w:bCs/>
                <w:color w:val="000000"/>
                <w:sz w:val="21"/>
                <w:szCs w:val="21"/>
                <w:lang w:val="en-AU" w:eastAsia="en-GB"/>
              </w:rPr>
              <w:t>XX,XXX</w:t>
            </w:r>
            <w:proofErr w:type="gramEnd"/>
          </w:p>
        </w:tc>
        <w:tc>
          <w:tcPr>
            <w:tcW w:w="7213" w:type="dxa"/>
            <w:tcBorders>
              <w:top w:val="none" w:sz="0" w:space="0" w:color="auto"/>
              <w:bottom w:val="none" w:sz="0" w:space="0" w:color="auto"/>
            </w:tcBorders>
            <w:hideMark/>
          </w:tcPr>
          <w:p w14:paraId="4405C304" w14:textId="77777777" w:rsidR="002D1697" w:rsidRPr="002D1697" w:rsidRDefault="002D1697" w:rsidP="002D1697">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1"/>
                <w:szCs w:val="21"/>
                <w:lang w:val="en-AU" w:eastAsia="en-GB"/>
              </w:rPr>
            </w:pPr>
          </w:p>
        </w:tc>
      </w:tr>
    </w:tbl>
    <w:p w14:paraId="68A808DC" w14:textId="46E13039" w:rsidR="002D1697" w:rsidRDefault="002D1697">
      <w:pPr>
        <w:rPr>
          <w:rFonts w:ascii="Calibri" w:hAnsi="Calibri" w:cs="Calibri"/>
        </w:rPr>
        <w:sectPr w:rsidR="002D1697" w:rsidSect="002D1697">
          <w:pgSz w:w="15840" w:h="12240" w:orient="landscape"/>
          <w:pgMar w:top="1797" w:right="1440" w:bottom="1797" w:left="1440" w:header="720" w:footer="720" w:gutter="0"/>
          <w:cols w:space="720"/>
          <w:titlePg/>
          <w:docGrid w:linePitch="360"/>
        </w:sectPr>
      </w:pPr>
    </w:p>
    <w:p w14:paraId="1C767F07" w14:textId="3F27A5CC" w:rsidR="00C968D4" w:rsidRPr="00C61F66" w:rsidRDefault="00000000" w:rsidP="00C61F66">
      <w:pPr>
        <w:pStyle w:val="Heading2"/>
      </w:pPr>
      <w:r w:rsidRPr="00972532">
        <w:lastRenderedPageBreak/>
        <w:t>Project Outcomes</w:t>
      </w:r>
    </w:p>
    <w:p w14:paraId="5861AEFA" w14:textId="3630E0E3" w:rsidR="00E53728" w:rsidRPr="003A74D0" w:rsidRDefault="00000000" w:rsidP="00323643">
      <w:pPr>
        <w:rPr>
          <w:rFonts w:ascii="Calibri" w:hAnsi="Calibri" w:cs="Calibri"/>
          <w:sz w:val="24"/>
          <w:szCs w:val="24"/>
        </w:rPr>
      </w:pPr>
      <w:r w:rsidRPr="003A74D0">
        <w:rPr>
          <w:rFonts w:ascii="Calibri" w:hAnsi="Calibri" w:cs="Calibri"/>
          <w:sz w:val="24"/>
          <w:szCs w:val="24"/>
        </w:rPr>
        <w:t>Outcome 1: Increased access for low-income individuals unable to attend regular food distributions.</w:t>
      </w:r>
      <w:r w:rsidRPr="003A74D0">
        <w:rPr>
          <w:rFonts w:ascii="Calibri" w:hAnsi="Calibri" w:cs="Calibri"/>
          <w:sz w:val="24"/>
          <w:szCs w:val="24"/>
        </w:rPr>
        <w:br/>
        <w:t>Outcome 2: Reduced household expenses and stress through flexible, private pickup options.</w:t>
      </w:r>
      <w:r w:rsidRPr="003A74D0">
        <w:rPr>
          <w:rFonts w:ascii="Calibri" w:hAnsi="Calibri" w:cs="Calibri"/>
          <w:sz w:val="24"/>
          <w:szCs w:val="24"/>
        </w:rPr>
        <w:br/>
        <w:t>Outcome 3: Pilot data, best practices, and community feedback to guide future expansion.</w:t>
      </w:r>
      <w:r w:rsidRPr="003A74D0">
        <w:rPr>
          <w:rFonts w:ascii="Calibri" w:hAnsi="Calibri" w:cs="Calibri"/>
          <w:sz w:val="24"/>
          <w:szCs w:val="24"/>
        </w:rPr>
        <w:br/>
      </w:r>
      <w:r w:rsidRPr="003A74D0">
        <w:rPr>
          <w:rFonts w:ascii="Calibri" w:hAnsi="Calibri" w:cs="Calibri"/>
          <w:sz w:val="24"/>
          <w:szCs w:val="24"/>
        </w:rPr>
        <w:br/>
      </w:r>
      <w:r w:rsidR="00E53728" w:rsidRPr="00E53728">
        <w:rPr>
          <w:rFonts w:ascii="Calibri" w:hAnsi="Calibri" w:cs="Calibri"/>
          <w:sz w:val="24"/>
          <w:szCs w:val="24"/>
        </w:rPr>
        <w:t>Here are some authentic voices from </w:t>
      </w:r>
      <w:r w:rsidR="00E53728">
        <w:rPr>
          <w:rFonts w:ascii="Calibri" w:hAnsi="Calibri" w:cs="Calibri"/>
          <w:sz w:val="24"/>
          <w:szCs w:val="24"/>
        </w:rPr>
        <w:t>other</w:t>
      </w:r>
      <w:r w:rsidR="00E53728" w:rsidRPr="00E53728">
        <w:rPr>
          <w:rFonts w:ascii="Calibri" w:hAnsi="Calibri" w:cs="Calibri"/>
          <w:sz w:val="24"/>
          <w:szCs w:val="24"/>
        </w:rPr>
        <w:t xml:space="preserve"> food banks who have participated in similar smart food locker programs. Their feedback highlights how this model enhances accessibility, dignity, and peace of mind for individuals and families who face barriers to traditional food assistance.</w:t>
      </w:r>
    </w:p>
    <w:p w14:paraId="4539302B" w14:textId="3AB9C0D7" w:rsidR="00323643" w:rsidRPr="00E53728" w:rsidRDefault="00000000" w:rsidP="00323643">
      <w:pPr>
        <w:pStyle w:val="ListParagraph"/>
        <w:rPr>
          <w:rFonts w:ascii="Calibri" w:hAnsi="Calibri" w:cs="Calibri"/>
          <w:i/>
          <w:iCs/>
          <w:color w:val="808080" w:themeColor="background1" w:themeShade="80"/>
          <w:sz w:val="24"/>
          <w:szCs w:val="24"/>
        </w:rPr>
      </w:pPr>
      <w:r w:rsidRPr="00E53728">
        <w:rPr>
          <w:rFonts w:ascii="Calibri" w:hAnsi="Calibri" w:cs="Calibri"/>
          <w:i/>
          <w:iCs/>
          <w:color w:val="808080" w:themeColor="background1" w:themeShade="80"/>
          <w:sz w:val="24"/>
          <w:szCs w:val="24"/>
        </w:rPr>
        <w:t xml:space="preserve">“Thank you for this opportunity as I have a hard time getting around the time frame of other pantries. </w:t>
      </w:r>
    </w:p>
    <w:p w14:paraId="173B51F1" w14:textId="25CA2505" w:rsidR="00E53728" w:rsidRPr="00E53728" w:rsidRDefault="00323643" w:rsidP="00E53728">
      <w:pPr>
        <w:pStyle w:val="ListParagraph"/>
        <w:rPr>
          <w:rFonts w:ascii="Calibri" w:hAnsi="Calibri" w:cs="Calibri"/>
          <w:i/>
          <w:iCs/>
          <w:color w:val="808080" w:themeColor="background1" w:themeShade="80"/>
          <w:sz w:val="24"/>
          <w:szCs w:val="24"/>
        </w:rPr>
      </w:pPr>
      <w:r w:rsidRPr="00E53728">
        <w:rPr>
          <w:rFonts w:ascii="Calibri" w:hAnsi="Calibri" w:cs="Calibri"/>
          <w:i/>
          <w:iCs/>
          <w:color w:val="808080" w:themeColor="background1" w:themeShade="80"/>
          <w:sz w:val="24"/>
          <w:szCs w:val="24"/>
        </w:rPr>
        <w:t>“Thank you for what you’re doing for the community… we really appreciate it.”</w:t>
      </w:r>
    </w:p>
    <w:p w14:paraId="6FF41CB6" w14:textId="77777777" w:rsidR="00E53728" w:rsidRPr="00E53728" w:rsidRDefault="00E53728" w:rsidP="00E53728">
      <w:pPr>
        <w:pStyle w:val="ListParagraph"/>
        <w:rPr>
          <w:rFonts w:ascii="Calibri" w:hAnsi="Calibri" w:cs="Calibri"/>
          <w:i/>
          <w:iCs/>
          <w:sz w:val="24"/>
          <w:szCs w:val="24"/>
        </w:rPr>
      </w:pPr>
    </w:p>
    <w:p w14:paraId="48E25E7E" w14:textId="2EFFDFF6" w:rsidR="00E53728" w:rsidRPr="00E53728" w:rsidRDefault="00E53728" w:rsidP="00E53728">
      <w:pPr>
        <w:pStyle w:val="ListParagraph"/>
        <w:rPr>
          <w:rFonts w:ascii="Calibri" w:hAnsi="Calibri" w:cs="Calibri"/>
          <w:sz w:val="24"/>
          <w:szCs w:val="24"/>
          <w:lang w:val="en-AU"/>
        </w:rPr>
      </w:pPr>
      <w:proofErr w:type="spellStart"/>
      <w:r w:rsidRPr="00E53728">
        <w:rPr>
          <w:rFonts w:ascii="Calibri" w:hAnsi="Calibri" w:cs="Calibri"/>
          <w:sz w:val="24"/>
          <w:szCs w:val="24"/>
          <w:lang w:val="en-AU"/>
        </w:rPr>
        <w:t>Neighbors</w:t>
      </w:r>
      <w:proofErr w:type="spellEnd"/>
      <w:r w:rsidRPr="00E53728">
        <w:rPr>
          <w:rFonts w:ascii="Calibri" w:hAnsi="Calibri" w:cs="Calibri"/>
          <w:sz w:val="24"/>
          <w:szCs w:val="24"/>
          <w:lang w:val="en-AU"/>
        </w:rPr>
        <w:t xml:space="preserve"> have shared how much the flexibility of lockers matters — especially those living with disabilities or transportation challenges:</w:t>
      </w:r>
      <w:r w:rsidRPr="00E53728">
        <w:rPr>
          <w:rFonts w:ascii="Calibri" w:hAnsi="Calibri" w:cs="Calibri"/>
          <w:sz w:val="24"/>
          <w:szCs w:val="24"/>
          <w:lang w:val="en-AU"/>
        </w:rPr>
        <w:br/>
      </w:r>
    </w:p>
    <w:p w14:paraId="2F4FDA6C" w14:textId="2DE54A8D" w:rsidR="00E53728" w:rsidRPr="00E53728" w:rsidRDefault="00E53728" w:rsidP="00E53728">
      <w:pPr>
        <w:pStyle w:val="ListParagraph"/>
        <w:rPr>
          <w:rFonts w:ascii="Calibri" w:hAnsi="Calibri" w:cs="Calibri"/>
          <w:i/>
          <w:iCs/>
          <w:color w:val="808080" w:themeColor="background1" w:themeShade="80"/>
          <w:sz w:val="24"/>
          <w:szCs w:val="24"/>
          <w:lang w:val="en-AU"/>
        </w:rPr>
      </w:pPr>
      <w:r w:rsidRPr="00E53728">
        <w:rPr>
          <w:rFonts w:ascii="Calibri" w:hAnsi="Calibri" w:cs="Calibri"/>
          <w:i/>
          <w:iCs/>
          <w:color w:val="808080" w:themeColor="background1" w:themeShade="80"/>
          <w:sz w:val="24"/>
          <w:szCs w:val="24"/>
          <w:lang w:val="en-AU"/>
        </w:rPr>
        <w:t xml:space="preserve">“My disability prevents me from waiting in line. </w:t>
      </w:r>
      <w:r w:rsidRPr="00E53728">
        <w:rPr>
          <w:rFonts w:ascii="Calibri" w:hAnsi="Calibri" w:cs="Calibri"/>
          <w:i/>
          <w:iCs/>
          <w:color w:val="808080" w:themeColor="background1" w:themeShade="80"/>
          <w:sz w:val="24"/>
          <w:szCs w:val="24"/>
        </w:rPr>
        <w:t>These lockers are a blessing.</w:t>
      </w:r>
      <w:r w:rsidRPr="00E53728">
        <w:rPr>
          <w:rFonts w:ascii="Calibri" w:hAnsi="Calibri" w:cs="Calibri"/>
          <w:i/>
          <w:iCs/>
          <w:color w:val="808080" w:themeColor="background1" w:themeShade="80"/>
          <w:sz w:val="24"/>
          <w:szCs w:val="24"/>
          <w:lang w:val="en-AU"/>
        </w:rPr>
        <w:t>”</w:t>
      </w:r>
    </w:p>
    <w:p w14:paraId="257B2220" w14:textId="77777777" w:rsidR="00E53728" w:rsidRPr="00E53728" w:rsidRDefault="00E53728" w:rsidP="00E53728">
      <w:pPr>
        <w:pStyle w:val="ListParagraph"/>
        <w:rPr>
          <w:rFonts w:ascii="Calibri" w:hAnsi="Calibri" w:cs="Calibri"/>
          <w:i/>
          <w:iCs/>
          <w:sz w:val="24"/>
          <w:szCs w:val="24"/>
          <w:lang w:val="en-AU"/>
        </w:rPr>
      </w:pPr>
    </w:p>
    <w:p w14:paraId="7FD8E4A3" w14:textId="293FB69D" w:rsidR="00E53728" w:rsidRPr="00E53728" w:rsidRDefault="00E53728" w:rsidP="00E53728">
      <w:pPr>
        <w:pStyle w:val="ListParagraph"/>
        <w:rPr>
          <w:rFonts w:ascii="Calibri" w:hAnsi="Calibri" w:cs="Calibri"/>
          <w:sz w:val="24"/>
          <w:szCs w:val="24"/>
          <w:lang w:val="en-AU"/>
        </w:rPr>
      </w:pPr>
      <w:r w:rsidRPr="00E53728">
        <w:rPr>
          <w:rFonts w:ascii="Calibri" w:hAnsi="Calibri" w:cs="Calibri"/>
          <w:sz w:val="24"/>
          <w:szCs w:val="24"/>
          <w:lang w:val="en-AU"/>
        </w:rPr>
        <w:t>Others express deep gratitude for stability during hard times:</w:t>
      </w:r>
      <w:r w:rsidRPr="00E53728">
        <w:rPr>
          <w:rFonts w:ascii="Calibri" w:hAnsi="Calibri" w:cs="Calibri"/>
          <w:sz w:val="24"/>
          <w:szCs w:val="24"/>
          <w:lang w:val="en-AU"/>
        </w:rPr>
        <w:br/>
      </w:r>
    </w:p>
    <w:p w14:paraId="35C45AF6" w14:textId="118CA59B" w:rsidR="00E53728" w:rsidRPr="00E53728" w:rsidRDefault="00E53728" w:rsidP="00E53728">
      <w:pPr>
        <w:pStyle w:val="ListParagraph"/>
        <w:rPr>
          <w:rFonts w:ascii="Calibri" w:hAnsi="Calibri" w:cs="Calibri"/>
          <w:i/>
          <w:iCs/>
          <w:color w:val="808080" w:themeColor="background1" w:themeShade="80"/>
          <w:sz w:val="24"/>
          <w:szCs w:val="24"/>
          <w:lang w:val="en-AU"/>
        </w:rPr>
      </w:pPr>
      <w:r w:rsidRPr="00E53728">
        <w:rPr>
          <w:rFonts w:ascii="Calibri" w:hAnsi="Calibri" w:cs="Calibri"/>
          <w:i/>
          <w:iCs/>
          <w:color w:val="808080" w:themeColor="background1" w:themeShade="80"/>
          <w:sz w:val="24"/>
          <w:szCs w:val="24"/>
          <w:lang w:val="en-AU"/>
        </w:rPr>
        <w:t xml:space="preserve">“Thank you!!! You are helping to keep our family fed during a </w:t>
      </w:r>
      <w:proofErr w:type="gramStart"/>
      <w:r w:rsidRPr="00E53728">
        <w:rPr>
          <w:rFonts w:ascii="Calibri" w:hAnsi="Calibri" w:cs="Calibri"/>
          <w:i/>
          <w:iCs/>
          <w:color w:val="808080" w:themeColor="background1" w:themeShade="80"/>
          <w:sz w:val="24"/>
          <w:szCs w:val="24"/>
          <w:lang w:val="en-AU"/>
        </w:rPr>
        <w:t>really tough</w:t>
      </w:r>
      <w:proofErr w:type="gramEnd"/>
      <w:r w:rsidRPr="00E53728">
        <w:rPr>
          <w:rFonts w:ascii="Calibri" w:hAnsi="Calibri" w:cs="Calibri"/>
          <w:i/>
          <w:iCs/>
          <w:color w:val="808080" w:themeColor="background1" w:themeShade="80"/>
          <w:sz w:val="24"/>
          <w:szCs w:val="24"/>
          <w:lang w:val="en-AU"/>
        </w:rPr>
        <w:t xml:space="preserve"> time.”</w:t>
      </w:r>
      <w:r w:rsidRPr="00E53728">
        <w:rPr>
          <w:rFonts w:ascii="Calibri" w:hAnsi="Calibri" w:cs="Calibri"/>
          <w:i/>
          <w:iCs/>
          <w:color w:val="808080" w:themeColor="background1" w:themeShade="80"/>
          <w:sz w:val="24"/>
          <w:szCs w:val="24"/>
          <w:lang w:val="en-AU"/>
        </w:rPr>
        <w:br/>
        <w:t>“I appreciate this. I just lost my job.”</w:t>
      </w:r>
    </w:p>
    <w:p w14:paraId="132793A7" w14:textId="77777777" w:rsidR="00C968D4" w:rsidRPr="00972532" w:rsidRDefault="00000000" w:rsidP="00972532">
      <w:pPr>
        <w:pStyle w:val="Heading2"/>
        <w:rPr>
          <w:rFonts w:ascii="Calibri" w:hAnsi="Calibri" w:cs="Calibri"/>
        </w:rPr>
      </w:pPr>
      <w:r w:rsidRPr="00972532">
        <w:rPr>
          <w:rFonts w:ascii="Calibri" w:hAnsi="Calibri" w:cs="Calibri"/>
        </w:rPr>
        <w:t>Sustainability Plan</w:t>
      </w:r>
    </w:p>
    <w:p w14:paraId="2763E723" w14:textId="77777777" w:rsidR="00EA2AC3" w:rsidRPr="003A74D0" w:rsidRDefault="00000000">
      <w:pPr>
        <w:rPr>
          <w:rFonts w:ascii="Calibri" w:hAnsi="Calibri" w:cs="Calibri"/>
          <w:sz w:val="24"/>
          <w:szCs w:val="24"/>
        </w:rPr>
      </w:pPr>
      <w:r w:rsidRPr="003A74D0">
        <w:rPr>
          <w:rFonts w:ascii="Calibri" w:hAnsi="Calibri" w:cs="Calibri"/>
          <w:sz w:val="24"/>
          <w:szCs w:val="24"/>
        </w:rPr>
        <w:t>The Food Locker Access Program is designed for long-term viability through partnerships, operational efficiency, and scalable infrastructure.</w:t>
      </w:r>
    </w:p>
    <w:p w14:paraId="057A85DC" w14:textId="77777777" w:rsidR="00EA2AC3" w:rsidRPr="003A74D0" w:rsidRDefault="00000000" w:rsidP="00EA2AC3">
      <w:pPr>
        <w:pStyle w:val="ListParagraph"/>
        <w:numPr>
          <w:ilvl w:val="0"/>
          <w:numId w:val="12"/>
        </w:numPr>
        <w:rPr>
          <w:rFonts w:ascii="Calibri" w:hAnsi="Calibri" w:cs="Calibri"/>
          <w:sz w:val="24"/>
          <w:szCs w:val="24"/>
        </w:rPr>
      </w:pPr>
      <w:r w:rsidRPr="003A74D0">
        <w:rPr>
          <w:rFonts w:ascii="Calibri" w:hAnsi="Calibri" w:cs="Calibri"/>
          <w:sz w:val="24"/>
          <w:szCs w:val="24"/>
        </w:rPr>
        <w:t>Partnerships: Collaboration with local food banks, municipalities, and retail donors.</w:t>
      </w:r>
    </w:p>
    <w:p w14:paraId="0A25E280" w14:textId="77777777" w:rsidR="00EA2AC3" w:rsidRPr="003A74D0" w:rsidRDefault="00000000" w:rsidP="00EA2AC3">
      <w:pPr>
        <w:pStyle w:val="ListParagraph"/>
        <w:numPr>
          <w:ilvl w:val="0"/>
          <w:numId w:val="12"/>
        </w:numPr>
        <w:rPr>
          <w:rFonts w:ascii="Calibri" w:hAnsi="Calibri" w:cs="Calibri"/>
          <w:sz w:val="24"/>
          <w:szCs w:val="24"/>
        </w:rPr>
      </w:pPr>
      <w:r w:rsidRPr="003A74D0">
        <w:rPr>
          <w:rFonts w:ascii="Calibri" w:hAnsi="Calibri" w:cs="Calibri"/>
          <w:sz w:val="24"/>
          <w:szCs w:val="24"/>
        </w:rPr>
        <w:t>Community Ownership: Local organizations manage maintenance and client engagement.</w:t>
      </w:r>
    </w:p>
    <w:p w14:paraId="01B4B778" w14:textId="77777777" w:rsidR="00EA2AC3" w:rsidRPr="003A74D0" w:rsidRDefault="00000000" w:rsidP="00EA2AC3">
      <w:pPr>
        <w:pStyle w:val="ListParagraph"/>
        <w:numPr>
          <w:ilvl w:val="0"/>
          <w:numId w:val="12"/>
        </w:numPr>
        <w:rPr>
          <w:rFonts w:ascii="Calibri" w:hAnsi="Calibri" w:cs="Calibri"/>
          <w:sz w:val="24"/>
          <w:szCs w:val="24"/>
        </w:rPr>
      </w:pPr>
      <w:r w:rsidRPr="003A74D0">
        <w:rPr>
          <w:rFonts w:ascii="Calibri" w:hAnsi="Calibri" w:cs="Calibri"/>
          <w:sz w:val="24"/>
          <w:szCs w:val="24"/>
        </w:rPr>
        <w:t>Cost Efficiency: Low operating costs compared to traditional pantry models.</w:t>
      </w:r>
    </w:p>
    <w:p w14:paraId="70582E07" w14:textId="30CB48CD" w:rsidR="00C968D4" w:rsidRPr="003A74D0" w:rsidRDefault="00000000" w:rsidP="00EA2AC3">
      <w:pPr>
        <w:pStyle w:val="ListParagraph"/>
        <w:numPr>
          <w:ilvl w:val="0"/>
          <w:numId w:val="12"/>
        </w:numPr>
        <w:rPr>
          <w:rFonts w:ascii="Calibri" w:hAnsi="Calibri" w:cs="Calibri"/>
          <w:sz w:val="24"/>
          <w:szCs w:val="24"/>
        </w:rPr>
      </w:pPr>
      <w:r w:rsidRPr="003A74D0">
        <w:rPr>
          <w:rFonts w:ascii="Calibri" w:hAnsi="Calibri" w:cs="Calibri"/>
          <w:sz w:val="24"/>
          <w:szCs w:val="24"/>
        </w:rPr>
        <w:lastRenderedPageBreak/>
        <w:t>Data-Driven Funding: Use performance data to demonstrate impact and secure ongoing support.</w:t>
      </w:r>
    </w:p>
    <w:p w14:paraId="01EAC3E0" w14:textId="5127F844" w:rsidR="00C968D4" w:rsidRPr="00972532" w:rsidRDefault="00000000" w:rsidP="00972532">
      <w:pPr>
        <w:pStyle w:val="Heading2"/>
        <w:rPr>
          <w:rFonts w:ascii="Calibri" w:hAnsi="Calibri" w:cs="Calibri"/>
        </w:rPr>
      </w:pPr>
      <w:r w:rsidRPr="00972532">
        <w:rPr>
          <w:rFonts w:ascii="Calibri" w:hAnsi="Calibri" w:cs="Calibri"/>
        </w:rPr>
        <w:t xml:space="preserve">Attachments </w:t>
      </w:r>
      <w:r w:rsidR="00784110">
        <w:rPr>
          <w:rFonts w:ascii="Calibri" w:hAnsi="Calibri" w:cs="Calibri"/>
        </w:rPr>
        <w:t>a</w:t>
      </w:r>
      <w:r w:rsidRPr="00972532">
        <w:rPr>
          <w:rFonts w:ascii="Calibri" w:hAnsi="Calibri" w:cs="Calibri"/>
        </w:rPr>
        <w:t xml:space="preserve">ccompanying </w:t>
      </w:r>
      <w:r w:rsidR="00784110">
        <w:rPr>
          <w:rFonts w:ascii="Calibri" w:hAnsi="Calibri" w:cs="Calibri"/>
        </w:rPr>
        <w:t>t</w:t>
      </w:r>
      <w:r w:rsidRPr="00972532">
        <w:rPr>
          <w:rFonts w:ascii="Calibri" w:hAnsi="Calibri" w:cs="Calibri"/>
        </w:rPr>
        <w:t xml:space="preserve">his </w:t>
      </w:r>
      <w:r w:rsidR="00784110">
        <w:rPr>
          <w:rFonts w:ascii="Calibri" w:hAnsi="Calibri" w:cs="Calibri"/>
        </w:rPr>
        <w:t>p</w:t>
      </w:r>
      <w:r w:rsidRPr="00972532">
        <w:rPr>
          <w:rFonts w:ascii="Calibri" w:hAnsi="Calibri" w:cs="Calibri"/>
        </w:rPr>
        <w:t>roposal</w:t>
      </w:r>
    </w:p>
    <w:p w14:paraId="2A3AAC5B" w14:textId="77777777" w:rsidR="00EA2AC3" w:rsidRPr="003A74D0" w:rsidRDefault="00000000">
      <w:pPr>
        <w:rPr>
          <w:rFonts w:ascii="Calibri" w:hAnsi="Calibri" w:cs="Calibri"/>
          <w:sz w:val="24"/>
          <w:szCs w:val="24"/>
        </w:rPr>
      </w:pPr>
      <w:r w:rsidRPr="003A74D0">
        <w:rPr>
          <w:rFonts w:ascii="Calibri" w:hAnsi="Calibri" w:cs="Calibri"/>
          <w:sz w:val="24"/>
          <w:szCs w:val="24"/>
        </w:rPr>
        <w:t>This section may include supporting materials such as:</w:t>
      </w:r>
    </w:p>
    <w:p w14:paraId="1381F4A2" w14:textId="77777777" w:rsidR="00EA2AC3" w:rsidRPr="003A74D0" w:rsidRDefault="00000000" w:rsidP="00EA2AC3">
      <w:pPr>
        <w:pStyle w:val="ListParagraph"/>
        <w:numPr>
          <w:ilvl w:val="0"/>
          <w:numId w:val="13"/>
        </w:numPr>
        <w:rPr>
          <w:rFonts w:ascii="Calibri" w:hAnsi="Calibri" w:cs="Calibri"/>
          <w:sz w:val="24"/>
          <w:szCs w:val="24"/>
        </w:rPr>
      </w:pPr>
      <w:r w:rsidRPr="003A74D0">
        <w:rPr>
          <w:rFonts w:ascii="Calibri" w:hAnsi="Calibri" w:cs="Calibri"/>
          <w:sz w:val="24"/>
          <w:szCs w:val="24"/>
        </w:rPr>
        <w:t>Case studies of existing locker deployments.</w:t>
      </w:r>
    </w:p>
    <w:p w14:paraId="5FB464B7" w14:textId="77777777" w:rsidR="00EA2AC3" w:rsidRPr="003A74D0" w:rsidRDefault="00000000" w:rsidP="00EA2AC3">
      <w:pPr>
        <w:pStyle w:val="ListParagraph"/>
        <w:numPr>
          <w:ilvl w:val="0"/>
          <w:numId w:val="13"/>
        </w:numPr>
        <w:rPr>
          <w:rFonts w:ascii="Calibri" w:hAnsi="Calibri" w:cs="Calibri"/>
          <w:sz w:val="24"/>
          <w:szCs w:val="24"/>
        </w:rPr>
      </w:pPr>
      <w:r w:rsidRPr="003A74D0">
        <w:rPr>
          <w:rFonts w:ascii="Calibri" w:hAnsi="Calibri" w:cs="Calibri"/>
          <w:sz w:val="24"/>
          <w:szCs w:val="24"/>
        </w:rPr>
        <w:t>Technical specifications and maintenance plans.</w:t>
      </w:r>
    </w:p>
    <w:p w14:paraId="4A963DEC" w14:textId="77777777" w:rsidR="00EA2AC3" w:rsidRPr="003A74D0" w:rsidRDefault="00000000" w:rsidP="00EA2AC3">
      <w:pPr>
        <w:pStyle w:val="ListParagraph"/>
        <w:numPr>
          <w:ilvl w:val="0"/>
          <w:numId w:val="13"/>
        </w:numPr>
        <w:rPr>
          <w:rFonts w:ascii="Calibri" w:hAnsi="Calibri" w:cs="Calibri"/>
          <w:sz w:val="24"/>
          <w:szCs w:val="24"/>
        </w:rPr>
      </w:pPr>
      <w:r w:rsidRPr="003A74D0">
        <w:rPr>
          <w:rFonts w:ascii="Calibri" w:hAnsi="Calibri" w:cs="Calibri"/>
          <w:sz w:val="24"/>
          <w:szCs w:val="24"/>
        </w:rPr>
        <w:t>Letters of support from community partners.</w:t>
      </w:r>
    </w:p>
    <w:p w14:paraId="0C3973EB" w14:textId="77777777" w:rsidR="00EA2AC3" w:rsidRPr="003A74D0" w:rsidRDefault="00000000" w:rsidP="00EA2AC3">
      <w:pPr>
        <w:pStyle w:val="ListParagraph"/>
        <w:numPr>
          <w:ilvl w:val="0"/>
          <w:numId w:val="13"/>
        </w:numPr>
        <w:rPr>
          <w:rFonts w:ascii="Calibri" w:hAnsi="Calibri" w:cs="Calibri"/>
          <w:sz w:val="24"/>
          <w:szCs w:val="24"/>
        </w:rPr>
      </w:pPr>
      <w:r w:rsidRPr="003A74D0">
        <w:rPr>
          <w:rFonts w:ascii="Calibri" w:hAnsi="Calibri" w:cs="Calibri"/>
          <w:sz w:val="24"/>
          <w:szCs w:val="24"/>
        </w:rPr>
        <w:t>Photos, site maps, or media coverage.</w:t>
      </w:r>
    </w:p>
    <w:p w14:paraId="2669091F" w14:textId="6F72CEB3" w:rsidR="00C968D4" w:rsidRPr="003A74D0" w:rsidRDefault="00000000" w:rsidP="00EA2AC3">
      <w:pPr>
        <w:pStyle w:val="ListParagraph"/>
        <w:numPr>
          <w:ilvl w:val="0"/>
          <w:numId w:val="13"/>
        </w:numPr>
        <w:rPr>
          <w:rFonts w:ascii="Calibri" w:hAnsi="Calibri" w:cs="Calibri"/>
          <w:sz w:val="24"/>
          <w:szCs w:val="24"/>
        </w:rPr>
      </w:pPr>
      <w:r w:rsidRPr="003A74D0">
        <w:rPr>
          <w:rFonts w:ascii="Calibri" w:hAnsi="Calibri" w:cs="Calibri"/>
          <w:sz w:val="24"/>
          <w:szCs w:val="24"/>
        </w:rPr>
        <w:t xml:space="preserve">Financial statements </w:t>
      </w:r>
      <w:proofErr w:type="gramStart"/>
      <w:r w:rsidRPr="003A74D0">
        <w:rPr>
          <w:rFonts w:ascii="Calibri" w:hAnsi="Calibri" w:cs="Calibri"/>
          <w:sz w:val="24"/>
          <w:szCs w:val="24"/>
        </w:rPr>
        <w:t>an</w:t>
      </w:r>
      <w:proofErr w:type="gramEnd"/>
      <w:r w:rsidRPr="003A74D0">
        <w:rPr>
          <w:rFonts w:ascii="Calibri" w:hAnsi="Calibri" w:cs="Calibri"/>
          <w:sz w:val="24"/>
          <w:szCs w:val="24"/>
        </w:rPr>
        <w:t xml:space="preserve"> registration documents.</w:t>
      </w:r>
      <w:r w:rsidRPr="003A74D0">
        <w:rPr>
          <w:rFonts w:ascii="Calibri" w:hAnsi="Calibri" w:cs="Calibri"/>
          <w:sz w:val="24"/>
          <w:szCs w:val="24"/>
        </w:rPr>
        <w:br/>
      </w:r>
    </w:p>
    <w:sectPr w:rsidR="00C968D4" w:rsidRPr="003A74D0" w:rsidSect="00045FC6">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2DB75" w14:textId="77777777" w:rsidR="00E53BC1" w:rsidRDefault="00E53BC1" w:rsidP="00045FC6">
      <w:pPr>
        <w:spacing w:after="0" w:line="240" w:lineRule="auto"/>
      </w:pPr>
      <w:r>
        <w:separator/>
      </w:r>
    </w:p>
  </w:endnote>
  <w:endnote w:type="continuationSeparator" w:id="0">
    <w:p w14:paraId="48031761" w14:textId="77777777" w:rsidR="00E53BC1" w:rsidRDefault="00E53BC1" w:rsidP="00045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74434163"/>
      <w:docPartObj>
        <w:docPartGallery w:val="Page Numbers (Bottom of Page)"/>
        <w:docPartUnique/>
      </w:docPartObj>
    </w:sdtPr>
    <w:sdtContent>
      <w:p w14:paraId="5895ABA4" w14:textId="29634280" w:rsidR="00045FC6" w:rsidRDefault="00045FC6" w:rsidP="001E6C5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07C38A4" w14:textId="77777777" w:rsidR="00045FC6" w:rsidRDefault="00045FC6" w:rsidP="00045F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heme="majorHAnsi" w:hAnsiTheme="majorHAnsi" w:cstheme="majorHAnsi"/>
        <w:sz w:val="21"/>
        <w:szCs w:val="21"/>
      </w:rPr>
      <w:id w:val="814534074"/>
      <w:docPartObj>
        <w:docPartGallery w:val="Page Numbers (Bottom of Page)"/>
        <w:docPartUnique/>
      </w:docPartObj>
    </w:sdtPr>
    <w:sdtContent>
      <w:p w14:paraId="6F07A16E" w14:textId="586EE3F9" w:rsidR="00045FC6" w:rsidRPr="00045FC6" w:rsidRDefault="00045FC6" w:rsidP="001E6C58">
        <w:pPr>
          <w:pStyle w:val="Footer"/>
          <w:framePr w:wrap="none" w:vAnchor="text" w:hAnchor="margin" w:xAlign="right" w:y="1"/>
          <w:rPr>
            <w:rStyle w:val="PageNumber"/>
            <w:rFonts w:asciiTheme="majorHAnsi" w:hAnsiTheme="majorHAnsi" w:cstheme="majorHAnsi"/>
            <w:sz w:val="21"/>
            <w:szCs w:val="21"/>
          </w:rPr>
        </w:pPr>
        <w:r w:rsidRPr="00045FC6">
          <w:rPr>
            <w:rStyle w:val="PageNumber"/>
            <w:rFonts w:asciiTheme="majorHAnsi" w:hAnsiTheme="majorHAnsi" w:cstheme="majorHAnsi"/>
            <w:sz w:val="21"/>
            <w:szCs w:val="21"/>
          </w:rPr>
          <w:fldChar w:fldCharType="begin"/>
        </w:r>
        <w:r w:rsidRPr="00045FC6">
          <w:rPr>
            <w:rStyle w:val="PageNumber"/>
            <w:rFonts w:asciiTheme="majorHAnsi" w:hAnsiTheme="majorHAnsi" w:cstheme="majorHAnsi"/>
            <w:sz w:val="21"/>
            <w:szCs w:val="21"/>
          </w:rPr>
          <w:instrText xml:space="preserve"> PAGE </w:instrText>
        </w:r>
        <w:r w:rsidRPr="00045FC6">
          <w:rPr>
            <w:rStyle w:val="PageNumber"/>
            <w:rFonts w:asciiTheme="majorHAnsi" w:hAnsiTheme="majorHAnsi" w:cstheme="majorHAnsi"/>
            <w:sz w:val="21"/>
            <w:szCs w:val="21"/>
          </w:rPr>
          <w:fldChar w:fldCharType="separate"/>
        </w:r>
        <w:r w:rsidRPr="00045FC6">
          <w:rPr>
            <w:rStyle w:val="PageNumber"/>
            <w:rFonts w:asciiTheme="majorHAnsi" w:hAnsiTheme="majorHAnsi" w:cstheme="majorHAnsi"/>
            <w:noProof/>
            <w:sz w:val="21"/>
            <w:szCs w:val="21"/>
          </w:rPr>
          <w:t>4</w:t>
        </w:r>
        <w:r w:rsidRPr="00045FC6">
          <w:rPr>
            <w:rStyle w:val="PageNumber"/>
            <w:rFonts w:asciiTheme="majorHAnsi" w:hAnsiTheme="majorHAnsi" w:cstheme="majorHAnsi"/>
            <w:sz w:val="21"/>
            <w:szCs w:val="21"/>
          </w:rPr>
          <w:fldChar w:fldCharType="end"/>
        </w:r>
      </w:p>
    </w:sdtContent>
  </w:sdt>
  <w:p w14:paraId="12E3043B" w14:textId="7348A515" w:rsidR="00045FC6" w:rsidRPr="00045FC6" w:rsidRDefault="00045FC6" w:rsidP="00972532">
    <w:pPr>
      <w:pStyle w:val="Footer"/>
      <w:jc w:val="center"/>
      <w:rPr>
        <w:rFonts w:ascii="Calibri" w:hAnsi="Calibri" w:cs="Calibri"/>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85AA3" w14:textId="77777777" w:rsidR="00E53BC1" w:rsidRDefault="00E53BC1" w:rsidP="00045FC6">
      <w:pPr>
        <w:spacing w:after="0" w:line="240" w:lineRule="auto"/>
      </w:pPr>
      <w:r>
        <w:separator/>
      </w:r>
    </w:p>
  </w:footnote>
  <w:footnote w:type="continuationSeparator" w:id="0">
    <w:p w14:paraId="7B042597" w14:textId="77777777" w:rsidR="00E53BC1" w:rsidRDefault="00E53BC1" w:rsidP="00045F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51E10F2"/>
    <w:multiLevelType w:val="hybridMultilevel"/>
    <w:tmpl w:val="79461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AB32B4"/>
    <w:multiLevelType w:val="multilevel"/>
    <w:tmpl w:val="BD8AD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D80EA0"/>
    <w:multiLevelType w:val="hybridMultilevel"/>
    <w:tmpl w:val="7326D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8E748C"/>
    <w:multiLevelType w:val="multilevel"/>
    <w:tmpl w:val="BD8AD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7873FE"/>
    <w:multiLevelType w:val="hybridMultilevel"/>
    <w:tmpl w:val="3CCCB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0014BF"/>
    <w:multiLevelType w:val="multilevel"/>
    <w:tmpl w:val="4B7AF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94384268">
    <w:abstractNumId w:val="8"/>
  </w:num>
  <w:num w:numId="2" w16cid:durableId="370034830">
    <w:abstractNumId w:val="6"/>
  </w:num>
  <w:num w:numId="3" w16cid:durableId="1476683785">
    <w:abstractNumId w:val="5"/>
  </w:num>
  <w:num w:numId="4" w16cid:durableId="509416955">
    <w:abstractNumId w:val="4"/>
  </w:num>
  <w:num w:numId="5" w16cid:durableId="1947538215">
    <w:abstractNumId w:val="7"/>
  </w:num>
  <w:num w:numId="6" w16cid:durableId="268784768">
    <w:abstractNumId w:val="3"/>
  </w:num>
  <w:num w:numId="7" w16cid:durableId="611278635">
    <w:abstractNumId w:val="2"/>
  </w:num>
  <w:num w:numId="8" w16cid:durableId="998466205">
    <w:abstractNumId w:val="1"/>
  </w:num>
  <w:num w:numId="9" w16cid:durableId="856381642">
    <w:abstractNumId w:val="0"/>
  </w:num>
  <w:num w:numId="10" w16cid:durableId="1033573290">
    <w:abstractNumId w:val="9"/>
  </w:num>
  <w:num w:numId="11" w16cid:durableId="1760251516">
    <w:abstractNumId w:val="12"/>
  </w:num>
  <w:num w:numId="12" w16cid:durableId="19596941">
    <w:abstractNumId w:val="11"/>
  </w:num>
  <w:num w:numId="13" w16cid:durableId="1657370372">
    <w:abstractNumId w:val="13"/>
  </w:num>
  <w:num w:numId="14" w16cid:durableId="1771898027">
    <w:abstractNumId w:val="10"/>
  </w:num>
  <w:num w:numId="15" w16cid:durableId="3192388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45FC6"/>
    <w:rsid w:val="0006063C"/>
    <w:rsid w:val="0007615A"/>
    <w:rsid w:val="00080FF3"/>
    <w:rsid w:val="000C5886"/>
    <w:rsid w:val="0010002C"/>
    <w:rsid w:val="0015074B"/>
    <w:rsid w:val="001F224F"/>
    <w:rsid w:val="00202912"/>
    <w:rsid w:val="0022598C"/>
    <w:rsid w:val="0029639D"/>
    <w:rsid w:val="002D1697"/>
    <w:rsid w:val="00323643"/>
    <w:rsid w:val="00326F90"/>
    <w:rsid w:val="003309C0"/>
    <w:rsid w:val="00380074"/>
    <w:rsid w:val="00391D1B"/>
    <w:rsid w:val="003A74D0"/>
    <w:rsid w:val="0040068F"/>
    <w:rsid w:val="00497452"/>
    <w:rsid w:val="0050629D"/>
    <w:rsid w:val="00552709"/>
    <w:rsid w:val="005C16E0"/>
    <w:rsid w:val="0068244B"/>
    <w:rsid w:val="006D7943"/>
    <w:rsid w:val="00740EF9"/>
    <w:rsid w:val="00784110"/>
    <w:rsid w:val="008A5B1E"/>
    <w:rsid w:val="00965A6A"/>
    <w:rsid w:val="00972532"/>
    <w:rsid w:val="009E7A8B"/>
    <w:rsid w:val="00AA1D8D"/>
    <w:rsid w:val="00B47730"/>
    <w:rsid w:val="00B52D97"/>
    <w:rsid w:val="00B71877"/>
    <w:rsid w:val="00BC4298"/>
    <w:rsid w:val="00C61DD7"/>
    <w:rsid w:val="00C61F66"/>
    <w:rsid w:val="00C968D4"/>
    <w:rsid w:val="00CB0664"/>
    <w:rsid w:val="00E53728"/>
    <w:rsid w:val="00E53BC1"/>
    <w:rsid w:val="00EA2AC3"/>
    <w:rsid w:val="00EB239F"/>
    <w:rsid w:val="00F41D7B"/>
    <w:rsid w:val="00FC693F"/>
    <w:rsid w:val="00FD18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F76BEF"/>
  <w14:defaultImageDpi w14:val="300"/>
  <w15:docId w15:val="{5BE1C3F9-2427-974A-842E-F43EFF923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298"/>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C4298"/>
    <w:pPr>
      <w:keepNext/>
      <w:keepLines/>
      <w:spacing w:before="320" w:after="120" w:line="360" w:lineRule="auto"/>
      <w:outlineLvl w:val="1"/>
    </w:pPr>
    <w:rPr>
      <w:rFonts w:asciiTheme="majorHAnsi" w:eastAsiaTheme="majorEastAsia" w:hAnsiTheme="majorHAnsi" w:cstheme="majorBidi"/>
      <w:b/>
      <w:bCs/>
      <w:color w:val="0070C0"/>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C4298"/>
    <w:rPr>
      <w:rFonts w:asciiTheme="majorHAnsi" w:eastAsiaTheme="majorEastAsia" w:hAnsiTheme="majorHAnsi" w:cstheme="majorBidi"/>
      <w:b/>
      <w:bCs/>
      <w:color w:val="0070C0"/>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PageNumber">
    <w:name w:val="page number"/>
    <w:basedOn w:val="DefaultParagraphFont"/>
    <w:uiPriority w:val="99"/>
    <w:semiHidden/>
    <w:unhideWhenUsed/>
    <w:rsid w:val="00045FC6"/>
  </w:style>
  <w:style w:type="table" w:styleId="PlainTable2">
    <w:name w:val="Plain Table 2"/>
    <w:basedOn w:val="TableNormal"/>
    <w:uiPriority w:val="99"/>
    <w:rsid w:val="002D169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0C5886"/>
    <w:rPr>
      <w:rFonts w:ascii="Times New Roman" w:hAnsi="Times New Roman" w:cs="Times New Roman"/>
      <w:sz w:val="24"/>
      <w:szCs w:val="24"/>
    </w:rPr>
  </w:style>
  <w:style w:type="character" w:customStyle="1" w:styleId="apple-converted-space">
    <w:name w:val="apple-converted-space"/>
    <w:basedOn w:val="DefaultParagraphFont"/>
    <w:rsid w:val="00380074"/>
  </w:style>
  <w:style w:type="character" w:styleId="HTMLCode">
    <w:name w:val="HTML Code"/>
    <w:basedOn w:val="DefaultParagraphFont"/>
    <w:uiPriority w:val="99"/>
    <w:semiHidden/>
    <w:unhideWhenUsed/>
    <w:rsid w:val="00380074"/>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13</Pages>
  <Words>2363</Words>
  <Characters>13471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15803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hello</cp:lastModifiedBy>
  <cp:revision>8</cp:revision>
  <dcterms:created xsi:type="dcterms:W3CDTF">2025-10-26T23:07:00Z</dcterms:created>
  <dcterms:modified xsi:type="dcterms:W3CDTF">2025-10-27T21:55:00Z</dcterms:modified>
  <cp:category/>
</cp:coreProperties>
</file>